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6409" w14:textId="2A4F7EC6" w:rsidR="00192749" w:rsidRDefault="00A006EF">
      <w:pPr>
        <w:pStyle w:val="Title"/>
      </w:pPr>
      <w:r>
        <w:rPr>
          <w:noProof/>
        </w:rPr>
        <w:drawing>
          <wp:anchor distT="0" distB="0" distL="114300" distR="114300" simplePos="0" relativeHeight="251658240" behindDoc="0" locked="0" layoutInCell="1" allowOverlap="1" wp14:anchorId="7EF33EC5" wp14:editId="7915F11D">
            <wp:simplePos x="0" y="0"/>
            <wp:positionH relativeFrom="column">
              <wp:posOffset>4883150</wp:posOffset>
            </wp:positionH>
            <wp:positionV relativeFrom="paragraph">
              <wp:posOffset>-456181</wp:posOffset>
            </wp:positionV>
            <wp:extent cx="1325880" cy="516890"/>
            <wp:effectExtent l="0" t="0" r="0" b="0"/>
            <wp:wrapNone/>
            <wp:docPr id="1" name="Picture 1" descr="CAL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GRID.&#10;&#10;AI-generated content may be incorrect."/>
                    <pic:cNvPicPr/>
                  </pic:nvPicPr>
                  <pic:blipFill>
                    <a:blip r:embed="rId12"/>
                    <a:stretch>
                      <a:fillRect/>
                    </a:stretch>
                  </pic:blipFill>
                  <pic:spPr>
                    <a:xfrm>
                      <a:off x="0" y="0"/>
                      <a:ext cx="1325880" cy="516890"/>
                    </a:xfrm>
                    <a:prstGeom prst="rect">
                      <a:avLst/>
                    </a:prstGeom>
                  </pic:spPr>
                </pic:pic>
              </a:graphicData>
            </a:graphic>
            <wp14:sizeRelH relativeFrom="page">
              <wp14:pctWidth>0</wp14:pctWidth>
            </wp14:sizeRelH>
            <wp14:sizeRelV relativeFrom="page">
              <wp14:pctHeight>0</wp14:pctHeight>
            </wp14:sizeRelV>
          </wp:anchor>
        </w:drawing>
      </w:r>
      <w:r w:rsidR="00DA5FEC">
        <w:t>Interconnection Security</w:t>
      </w:r>
    </w:p>
    <w:p w14:paraId="2D0AA30F" w14:textId="4EC0EF48" w:rsidR="00192749" w:rsidRDefault="00DA5FEC">
      <w:pPr>
        <w:pStyle w:val="Subtitle"/>
      </w:pPr>
      <w:r>
        <w:t>Standard Form of Irrevocable Standby Letter of Credit</w:t>
      </w:r>
    </w:p>
    <w:p w14:paraId="7F549712" w14:textId="2874E19E" w:rsidR="00192749" w:rsidRDefault="00DA5FEC" w:rsidP="00164BBC">
      <w:pPr>
        <w:pStyle w:val="Heading1"/>
        <w:tabs>
          <w:tab w:val="left" w:pos="8039"/>
        </w:tabs>
      </w:pPr>
      <w:r>
        <w:t>Instructions — Security Posting: Letters of Credit</w:t>
      </w:r>
      <w:r w:rsidR="00164BBC">
        <w:tab/>
      </w:r>
    </w:p>
    <w:p w14:paraId="6B349AC7" w14:textId="4C744359" w:rsidR="00192749" w:rsidRDefault="00DA5FEC">
      <w:r>
        <w:t xml:space="preserve">A Letter of Credit (“LC”) that meets the criteria below is acceptable Financial Security (“Security”) under </w:t>
      </w:r>
      <w:r w:rsidR="00C87325" w:rsidRPr="00C87325">
        <w:t>California Grid Holdings LLC</w:t>
      </w:r>
      <w:r>
        <w:t>’s (“</w:t>
      </w:r>
      <w:proofErr w:type="spellStart"/>
      <w:r>
        <w:t>CalGrid</w:t>
      </w:r>
      <w:proofErr w:type="spellEnd"/>
      <w:r>
        <w:t>”) Transmission Owner Tariff, the generator interconnection procedures of the California Independent System Operator Corporation (“CAISO”) Tariff, or a Generator Interconnection Agreement (“GIA”), as applicable. CalGrid’s standard form follows these Instructions. All bracketed fields must be completed.</w:t>
      </w:r>
    </w:p>
    <w:p w14:paraId="5C22AD44" w14:textId="77777777" w:rsidR="00192749" w:rsidRDefault="00DA5FEC">
      <w:r>
        <w:rPr>
          <w:b/>
        </w:rPr>
        <w:t>Issuer requirements.</w:t>
      </w:r>
      <w:r>
        <w:t xml:space="preserve"> The issuing bank (“Issuer”) must, on the issue date and at all times the LC is outstanding:</w:t>
      </w:r>
    </w:p>
    <w:p w14:paraId="395DF5FA" w14:textId="601440DB" w:rsidR="00192749" w:rsidRDefault="00DA5FEC">
      <w:pPr>
        <w:tabs>
          <w:tab w:val="left" w:pos="576"/>
        </w:tabs>
        <w:spacing w:after="100"/>
        <w:ind w:left="576" w:hanging="576"/>
        <w:jc w:val="both"/>
      </w:pPr>
      <w:r>
        <w:t>(a)</w:t>
      </w:r>
      <w:r>
        <w:tab/>
        <w:t>Be a U.S. bank, or the U.S. branch of a foreign bank, with a place for presentation in the United States.</w:t>
      </w:r>
    </w:p>
    <w:p w14:paraId="64B23D5A" w14:textId="77777777" w:rsidR="00192749" w:rsidRDefault="00DA5FEC">
      <w:pPr>
        <w:tabs>
          <w:tab w:val="left" w:pos="576"/>
        </w:tabs>
        <w:spacing w:after="100"/>
        <w:ind w:left="576" w:hanging="576"/>
        <w:jc w:val="both"/>
      </w:pPr>
      <w:r>
        <w:t>(b)</w:t>
      </w:r>
      <w:r>
        <w:tab/>
        <w:t>Have a long-term senior unsecured debt rating of at least A from S&amp;P Global Ratings or A2 from Moody’s Investors Service. If the Issuer is rated by both agencies, the lower rating governs.</w:t>
      </w:r>
    </w:p>
    <w:p w14:paraId="24E8951E" w14:textId="77777777" w:rsidR="00192749" w:rsidRDefault="00DA5FEC">
      <w:pPr>
        <w:tabs>
          <w:tab w:val="left" w:pos="576"/>
        </w:tabs>
        <w:spacing w:after="100"/>
        <w:ind w:left="576" w:hanging="576"/>
        <w:jc w:val="both"/>
      </w:pPr>
      <w:r>
        <w:t>(c)</w:t>
      </w:r>
      <w:r>
        <w:tab/>
        <w:t>Not be on negative credit watch by either agency, and not be an affiliate of the Applicant.</w:t>
      </w:r>
    </w:p>
    <w:p w14:paraId="09AD5733" w14:textId="77777777" w:rsidR="00192749" w:rsidRDefault="00DA5FEC">
      <w:r w:rsidRPr="003A0720">
        <w:t>CalGrid may decline an otherwise eligible Issuer based on its credit review or on the aggregate Security it already holds from that Issuer.</w:t>
      </w:r>
    </w:p>
    <w:p w14:paraId="59F6F4F3" w14:textId="03C1959E" w:rsidR="00192749" w:rsidRDefault="00DA5FEC">
      <w:r>
        <w:rPr>
          <w:b/>
        </w:rPr>
        <w:t>Deviations from the standard form.</w:t>
      </w:r>
      <w:r>
        <w:t xml:space="preserve"> </w:t>
      </w:r>
      <w:r w:rsidR="00920847" w:rsidRPr="00920847">
        <w:t xml:space="preserve">Using </w:t>
      </w:r>
      <w:proofErr w:type="spellStart"/>
      <w:r w:rsidR="00920847">
        <w:t>CalGrid</w:t>
      </w:r>
      <w:r w:rsidR="00920847" w:rsidRPr="00920847">
        <w:t>’s</w:t>
      </w:r>
      <w:proofErr w:type="spellEnd"/>
      <w:r w:rsidR="00920847" w:rsidRPr="00920847">
        <w:t xml:space="preserve"> standard forms, without modification, will ensure that the terms and conditions of the Security are acceptable to </w:t>
      </w:r>
      <w:proofErr w:type="spellStart"/>
      <w:r w:rsidR="00920847">
        <w:t>CalGrid</w:t>
      </w:r>
      <w:proofErr w:type="spellEnd"/>
      <w:r w:rsidR="00920847" w:rsidRPr="00920847">
        <w:t xml:space="preserve">. </w:t>
      </w:r>
      <w:r>
        <w:t xml:space="preserve">If the Issuer seeks any change, send a draft redlined against this form to your </w:t>
      </w:r>
      <w:r w:rsidRPr="003A0720">
        <w:t>CalGrid Project Manager and</w:t>
      </w:r>
      <w:r>
        <w:t xml:space="preserve"> to </w:t>
      </w:r>
      <w:r w:rsidR="005D443E">
        <w:t>treasury</w:t>
      </w:r>
      <w:r w:rsidR="00920847">
        <w:t>@</w:t>
      </w:r>
      <w:r w:rsidR="00B34222">
        <w:t>calgrid.com</w:t>
      </w:r>
      <w:r>
        <w:t xml:space="preserve"> before issuance. Allow at least five (5) Business Days for review. A deviation is accepted only when </w:t>
      </w:r>
      <w:r w:rsidRPr="00B34222">
        <w:t xml:space="preserve">CalGrid </w:t>
      </w:r>
      <w:r>
        <w:t>confirm</w:t>
      </w:r>
      <w:r w:rsidR="002F37A7">
        <w:t>s</w:t>
      </w:r>
      <w:r>
        <w:t xml:space="preserve"> it in writing.</w:t>
      </w:r>
      <w:r w:rsidR="002F37A7">
        <w:t xml:space="preserve"> </w:t>
      </w:r>
    </w:p>
    <w:p w14:paraId="721FFBAB" w14:textId="3063BE1D" w:rsidR="00192749" w:rsidRDefault="00DA5FEC">
      <w:r>
        <w:rPr>
          <w:b/>
        </w:rPr>
        <w:t>Posting deadline and delivery.</w:t>
      </w:r>
      <w:r>
        <w:t xml:space="preserve"> CAISO or your </w:t>
      </w:r>
      <w:r w:rsidRPr="00B34222">
        <w:t>CalGrid Project Manager</w:t>
      </w:r>
      <w:r>
        <w:t xml:space="preserve"> will email you the posting due date. </w:t>
      </w:r>
      <w:r w:rsidRPr="00670654">
        <w:t xml:space="preserve">CalGrid must receive </w:t>
      </w:r>
      <w:r w:rsidRPr="00146722">
        <w:rPr>
          <w:u w:val="single"/>
        </w:rPr>
        <w:t>acceptable</w:t>
      </w:r>
      <w:r>
        <w:t xml:space="preserve"> Security on or before that date. The Issuer must email a PDF of the executed LC directly from its own email domain to </w:t>
      </w:r>
      <w:r w:rsidR="005D443E">
        <w:t>treasury</w:t>
      </w:r>
      <w:r w:rsidR="00670654">
        <w:t>@calgrid.com</w:t>
      </w:r>
      <w:r>
        <w:t>; an LC forwarded by the Applicant or a broker will not be accepted. Send the original, if issued in paper, by overnight courier to:</w:t>
      </w:r>
    </w:p>
    <w:p w14:paraId="5006D6D1" w14:textId="3E06C8CA" w:rsidR="00192749" w:rsidRDefault="00BC5E6D">
      <w:pPr>
        <w:ind w:left="576"/>
      </w:pPr>
      <w:r w:rsidRPr="00146722">
        <w:rPr>
          <w:b/>
          <w:bCs/>
        </w:rPr>
        <w:t>California Grid Holdings LLC</w:t>
      </w:r>
      <w:r w:rsidR="00DA5FEC" w:rsidRPr="00BC5E6D">
        <w:t>, Attn: Treasury — Interconnection Security, 601 California Street, Suite 800, San Francisco, CA 94108</w:t>
      </w:r>
    </w:p>
    <w:p w14:paraId="316BE7F8" w14:textId="77777777" w:rsidR="00192749" w:rsidRDefault="00DA5FEC">
      <w:r>
        <w:rPr>
          <w:b/>
        </w:rPr>
        <w:t>Payment-fraud warning.</w:t>
      </w:r>
      <w:r>
        <w:t xml:space="preserve"> </w:t>
      </w:r>
      <w:r w:rsidRPr="00BC5E6D">
        <w:t xml:space="preserve">CalGrid will never change its delivery address, email address or wire instructions by email alone. Confirm any such request by calling your CalGrid Project Manager at a number you already have on file. Direct all other questions about posting Security to your </w:t>
      </w:r>
      <w:proofErr w:type="spellStart"/>
      <w:r w:rsidRPr="00BC5E6D">
        <w:t>CalGrid</w:t>
      </w:r>
      <w:proofErr w:type="spellEnd"/>
      <w:r w:rsidRPr="00BC5E6D">
        <w:t xml:space="preserve"> Project Manager.</w:t>
      </w:r>
    </w:p>
    <w:p w14:paraId="16CFFF71" w14:textId="77777777" w:rsidR="00A006EF" w:rsidRDefault="00A006EF"/>
    <w:p w14:paraId="574B0D65" w14:textId="77777777" w:rsidR="00450C39" w:rsidRPr="00705756" w:rsidRDefault="00450C39" w:rsidP="00450C39">
      <w:pPr>
        <w:pStyle w:val="BodyText"/>
        <w:jc w:val="center"/>
        <w:rPr>
          <w:rFonts w:ascii="Times New Roman" w:hAnsi="Times New Roman" w:cs="Times New Roman"/>
          <w:b/>
          <w:sz w:val="22"/>
        </w:rPr>
      </w:pPr>
      <w:r w:rsidRPr="00705756">
        <w:rPr>
          <w:rFonts w:ascii="Times New Roman" w:hAnsi="Times New Roman" w:cs="Times New Roman"/>
          <w:b/>
          <w:sz w:val="22"/>
        </w:rPr>
        <w:lastRenderedPageBreak/>
        <w:t>FORM OF STANDBY LETTER OF CREDIT</w:t>
      </w:r>
    </w:p>
    <w:p w14:paraId="754DC377" w14:textId="77777777" w:rsidR="00450C39" w:rsidRPr="00CA543E" w:rsidRDefault="00450C39" w:rsidP="00450C39">
      <w:pPr>
        <w:pStyle w:val="BodyText"/>
        <w:jc w:val="center"/>
        <w:rPr>
          <w:rFonts w:ascii="Times New Roman" w:hAnsi="Times New Roman" w:cs="Times New Roman"/>
          <w:bCs/>
          <w:sz w:val="20"/>
          <w:szCs w:val="20"/>
        </w:rPr>
      </w:pPr>
      <w:r w:rsidRPr="00CA543E">
        <w:rPr>
          <w:rFonts w:ascii="Times New Roman" w:hAnsi="Times New Roman" w:cs="Times New Roman"/>
          <w:bCs/>
          <w:sz w:val="20"/>
          <w:szCs w:val="20"/>
        </w:rPr>
        <w:t>[Issuing bank’s letterhead]</w:t>
      </w:r>
    </w:p>
    <w:p w14:paraId="43509C06"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IRREVOCABLE STANDBY LETTER OF CREDIT NO.: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NO.</w:t>
      </w:r>
      <w:r w:rsidRPr="00CA543E">
        <w:rPr>
          <w:rFonts w:ascii="Times New Roman" w:hAnsi="Times New Roman" w:cs="Times New Roman"/>
          <w:sz w:val="20"/>
          <w:szCs w:val="20"/>
          <w:highlight w:val="yellow"/>
        </w:rPr>
        <w:t>]</w:t>
      </w:r>
    </w:p>
    <w:p w14:paraId="067E6C52" w14:textId="77777777" w:rsidR="00450C39" w:rsidRPr="00CA543E" w:rsidRDefault="00450C39" w:rsidP="00450C39">
      <w:pPr>
        <w:pStyle w:val="BodyText"/>
        <w:spacing w:after="0"/>
        <w:rPr>
          <w:rFonts w:ascii="Times New Roman" w:hAnsi="Times New Roman" w:cs="Times New Roman"/>
          <w:sz w:val="20"/>
          <w:szCs w:val="20"/>
        </w:rPr>
      </w:pPr>
    </w:p>
    <w:p w14:paraId="3B0E4CF9"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highlight w:val="yellow"/>
        </w:rPr>
        <w:t>ISSUE DATE:</w:t>
      </w:r>
    </w:p>
    <w:p w14:paraId="2EABB55D" w14:textId="77777777" w:rsidR="00450C39" w:rsidRPr="00CA543E" w:rsidRDefault="00450C39" w:rsidP="00450C39">
      <w:pPr>
        <w:pStyle w:val="BodyText"/>
        <w:spacing w:after="0"/>
        <w:rPr>
          <w:rFonts w:ascii="Times New Roman" w:hAnsi="Times New Roman" w:cs="Times New Roman"/>
          <w:sz w:val="20"/>
          <w:szCs w:val="20"/>
        </w:rPr>
      </w:pPr>
    </w:p>
    <w:p w14:paraId="0C598083"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CONTRACT NO.: </w:t>
      </w:r>
      <w:r w:rsidRPr="00CA543E">
        <w:rPr>
          <w:rFonts w:ascii="Times New Roman" w:hAnsi="Times New Roman" w:cs="Times New Roman"/>
          <w:sz w:val="20"/>
          <w:szCs w:val="20"/>
          <w:highlight w:val="yellow"/>
          <w:u w:val="single"/>
        </w:rPr>
        <w:t>[</w:t>
      </w:r>
      <w:r w:rsidRPr="00CA543E">
        <w:rPr>
          <w:rFonts w:ascii="Times New Roman" w:hAnsi="Times New Roman" w:cs="Times New Roman"/>
          <w:i/>
          <w:iCs/>
          <w:sz w:val="20"/>
          <w:szCs w:val="20"/>
          <w:highlight w:val="yellow"/>
          <w:u w:val="single"/>
        </w:rPr>
        <w:t xml:space="preserve">                                                        </w:t>
      </w:r>
      <w:proofErr w:type="gramStart"/>
      <w:r w:rsidRPr="00CA543E">
        <w:rPr>
          <w:rFonts w:ascii="Times New Roman" w:hAnsi="Times New Roman" w:cs="Times New Roman"/>
          <w:i/>
          <w:iCs/>
          <w:sz w:val="20"/>
          <w:szCs w:val="20"/>
          <w:highlight w:val="yellow"/>
          <w:u w:val="single"/>
        </w:rPr>
        <w:t xml:space="preserve">  </w:t>
      </w:r>
      <w:r w:rsidRPr="00CA543E">
        <w:rPr>
          <w:rFonts w:ascii="Times New Roman" w:hAnsi="Times New Roman" w:cs="Times New Roman"/>
          <w:sz w:val="20"/>
          <w:szCs w:val="20"/>
          <w:highlight w:val="yellow"/>
          <w:u w:val="single"/>
        </w:rPr>
        <w:t>]</w:t>
      </w:r>
      <w:proofErr w:type="gramEnd"/>
    </w:p>
    <w:p w14:paraId="60A3DF41"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PROJECT NAME: </w:t>
      </w:r>
      <w:r w:rsidRPr="00CA543E">
        <w:rPr>
          <w:rFonts w:ascii="Times New Roman" w:hAnsi="Times New Roman" w:cs="Times New Roman"/>
          <w:sz w:val="20"/>
          <w:szCs w:val="20"/>
          <w:highlight w:val="yellow"/>
        </w:rPr>
        <w:t>______________________________</w:t>
      </w:r>
    </w:p>
    <w:p w14:paraId="09B8AD43"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FOR THE PURPOSE OF: </w:t>
      </w:r>
      <w:r w:rsidRPr="00CA543E">
        <w:rPr>
          <w:rFonts w:ascii="Times New Roman" w:hAnsi="Times New Roman" w:cs="Times New Roman"/>
          <w:sz w:val="20"/>
          <w:szCs w:val="20"/>
          <w:highlight w:val="yellow"/>
        </w:rPr>
        <w:t>______________________________</w:t>
      </w:r>
    </w:p>
    <w:p w14:paraId="0CDBA55B" w14:textId="77777777" w:rsidR="00450C39" w:rsidRPr="00CA543E" w:rsidRDefault="00450C39" w:rsidP="00450C39">
      <w:pPr>
        <w:pStyle w:val="BodyText"/>
        <w:spacing w:after="0"/>
        <w:rPr>
          <w:rFonts w:ascii="Times New Roman" w:hAnsi="Times New Roman" w:cs="Times New Roman"/>
          <w:sz w:val="20"/>
          <w:szCs w:val="20"/>
        </w:rPr>
      </w:pPr>
    </w:p>
    <w:p w14:paraId="61634882"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ISSUING BANK:</w:t>
      </w:r>
    </w:p>
    <w:p w14:paraId="38E182C3" w14:textId="77777777" w:rsidR="00450C39" w:rsidRPr="00CA543E" w:rsidRDefault="00450C39" w:rsidP="00450C39">
      <w:pPr>
        <w:pStyle w:val="BodyText"/>
        <w:spacing w:after="0"/>
        <w:rPr>
          <w:rFonts w:ascii="Times New Roman" w:hAnsi="Times New Roman" w:cs="Times New Roman"/>
          <w:sz w:val="20"/>
          <w:szCs w:val="20"/>
          <w:highlight w:val="yellow"/>
        </w:rPr>
      </w:pPr>
      <w:r w:rsidRPr="00CA543E">
        <w:rPr>
          <w:rFonts w:ascii="Times New Roman" w:hAnsi="Times New Roman" w:cs="Times New Roman"/>
          <w:sz w:val="20"/>
          <w:szCs w:val="20"/>
          <w:highlight w:val="yellow"/>
        </w:rPr>
        <w:t>ISSUING BANK NAME</w:t>
      </w:r>
    </w:p>
    <w:p w14:paraId="3E623D05" w14:textId="77777777" w:rsidR="00450C39" w:rsidRPr="00CA543E" w:rsidRDefault="00450C39" w:rsidP="00450C39">
      <w:pPr>
        <w:pStyle w:val="BodyText"/>
        <w:spacing w:after="0"/>
        <w:rPr>
          <w:rFonts w:ascii="Times New Roman" w:hAnsi="Times New Roman" w:cs="Times New Roman"/>
          <w:sz w:val="20"/>
          <w:szCs w:val="20"/>
          <w:highlight w:val="yellow"/>
        </w:rPr>
      </w:pPr>
      <w:r w:rsidRPr="00CA543E">
        <w:rPr>
          <w:rFonts w:ascii="Times New Roman" w:hAnsi="Times New Roman" w:cs="Times New Roman"/>
          <w:sz w:val="20"/>
          <w:szCs w:val="20"/>
          <w:highlight w:val="yellow"/>
        </w:rPr>
        <w:t>ADDRESS</w:t>
      </w:r>
    </w:p>
    <w:p w14:paraId="59CBBBE9"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highlight w:val="yellow"/>
        </w:rPr>
        <w:t>CITY, STATE, XXXXX-XXXX</w:t>
      </w:r>
    </w:p>
    <w:p w14:paraId="77F4C457"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FACSIMILE NO. (FAX):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FAX NUMBER</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w:t>
      </w:r>
    </w:p>
    <w:p w14:paraId="041D30A0"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EMAIL ADDRESS: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EMAIL ADDRESS</w:t>
      </w:r>
      <w:r w:rsidRPr="00CA543E">
        <w:rPr>
          <w:rFonts w:ascii="Times New Roman" w:hAnsi="Times New Roman" w:cs="Times New Roman"/>
          <w:sz w:val="20"/>
          <w:szCs w:val="20"/>
          <w:highlight w:val="yellow"/>
        </w:rPr>
        <w:t>]</w:t>
      </w:r>
    </w:p>
    <w:p w14:paraId="6EDF16B4"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ATTENTION:</w:t>
      </w:r>
    </w:p>
    <w:p w14:paraId="7F76FA83" w14:textId="77777777" w:rsidR="00450C39" w:rsidRPr="00CA543E" w:rsidRDefault="00450C39" w:rsidP="00450C39">
      <w:pPr>
        <w:pStyle w:val="BodyText"/>
        <w:spacing w:after="0"/>
        <w:rPr>
          <w:rFonts w:ascii="Times New Roman" w:hAnsi="Times New Roman" w:cs="Times New Roman"/>
          <w:sz w:val="20"/>
          <w:szCs w:val="20"/>
        </w:rPr>
      </w:pPr>
    </w:p>
    <w:p w14:paraId="12756F00"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BENEFICIARY:</w:t>
      </w:r>
    </w:p>
    <w:p w14:paraId="3E300CC5" w14:textId="57F08458" w:rsidR="00450C39" w:rsidRPr="00CA543E" w:rsidRDefault="009C3A58"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CALIFORNIA GRID HOLDINGS LLC</w:t>
      </w:r>
      <w:r w:rsidR="00450C39" w:rsidRPr="00CA543E">
        <w:rPr>
          <w:rFonts w:ascii="Times New Roman" w:hAnsi="Times New Roman" w:cs="Times New Roman"/>
          <w:sz w:val="20"/>
          <w:szCs w:val="20"/>
        </w:rPr>
        <w:tab/>
      </w:r>
      <w:r w:rsidR="00450C39" w:rsidRPr="00CA543E">
        <w:rPr>
          <w:rFonts w:ascii="Times New Roman" w:hAnsi="Times New Roman" w:cs="Times New Roman"/>
          <w:sz w:val="20"/>
          <w:szCs w:val="20"/>
        </w:rPr>
        <w:tab/>
      </w:r>
    </w:p>
    <w:p w14:paraId="349A43B2" w14:textId="210E8197" w:rsidR="00705756" w:rsidRPr="00CA543E" w:rsidRDefault="00705756" w:rsidP="00705756">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601 CALIFORNIA STREET, SUITE 800</w:t>
      </w:r>
    </w:p>
    <w:p w14:paraId="18EA15B5" w14:textId="60EFA2E6" w:rsidR="00705756" w:rsidRPr="00CA543E" w:rsidRDefault="00705756" w:rsidP="00705756">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SAN FRANCISCO, CA 94108</w:t>
      </w:r>
    </w:p>
    <w:p w14:paraId="35C4FD04" w14:textId="03579730"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EMAIL ADDRESS: </w:t>
      </w:r>
      <w:hyperlink r:id="rId13" w:history="1">
        <w:r w:rsidR="005D443E" w:rsidRPr="00424E2B">
          <w:rPr>
            <w:rStyle w:val="Hyperlink"/>
            <w:sz w:val="20"/>
            <w:szCs w:val="20"/>
          </w:rPr>
          <w:t>TREASURY@CALGRID.COM</w:t>
        </w:r>
      </w:hyperlink>
    </w:p>
    <w:p w14:paraId="612B594B"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ATTENTION: TREASURY DEPARTMENT</w:t>
      </w:r>
    </w:p>
    <w:p w14:paraId="570D8017" w14:textId="77777777" w:rsidR="00450C39" w:rsidRPr="00CA543E" w:rsidRDefault="00450C39" w:rsidP="00450C39">
      <w:pPr>
        <w:pStyle w:val="BodyText"/>
        <w:spacing w:after="0"/>
        <w:rPr>
          <w:rFonts w:ascii="Times New Roman" w:hAnsi="Times New Roman" w:cs="Times New Roman"/>
          <w:sz w:val="20"/>
          <w:szCs w:val="20"/>
        </w:rPr>
      </w:pPr>
    </w:p>
    <w:p w14:paraId="3BF7D722"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AVAILABLE AMOUNT: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AMOUNT IN WORDS AND NUMBERS</w:t>
      </w:r>
      <w:r w:rsidRPr="00CA543E">
        <w:rPr>
          <w:rFonts w:ascii="Times New Roman" w:hAnsi="Times New Roman" w:cs="Times New Roman"/>
          <w:sz w:val="20"/>
          <w:szCs w:val="20"/>
          <w:highlight w:val="yellow"/>
        </w:rPr>
        <w:t>]</w:t>
      </w:r>
    </w:p>
    <w:p w14:paraId="2E0518F5" w14:textId="77777777" w:rsidR="00450C39" w:rsidRPr="00CA543E" w:rsidRDefault="00450C39" w:rsidP="00450C39">
      <w:pPr>
        <w:pStyle w:val="BodyText"/>
        <w:spacing w:after="0"/>
        <w:rPr>
          <w:rFonts w:ascii="Times New Roman" w:hAnsi="Times New Roman" w:cs="Times New Roman"/>
          <w:sz w:val="20"/>
          <w:szCs w:val="20"/>
        </w:rPr>
      </w:pPr>
    </w:p>
    <w:p w14:paraId="149B2E2C" w14:textId="77777777" w:rsidR="00450C39" w:rsidRPr="00CA543E" w:rsidRDefault="00450C39" w:rsidP="00450C39">
      <w:pPr>
        <w:pStyle w:val="BodyText"/>
        <w:spacing w:after="0"/>
        <w:rPr>
          <w:rFonts w:ascii="Times New Roman" w:hAnsi="Times New Roman" w:cs="Times New Roman"/>
          <w:sz w:val="20"/>
          <w:szCs w:val="20"/>
        </w:rPr>
      </w:pPr>
      <w:r w:rsidRPr="00CA543E">
        <w:rPr>
          <w:rFonts w:ascii="Times New Roman" w:hAnsi="Times New Roman" w:cs="Times New Roman"/>
          <w:sz w:val="20"/>
          <w:szCs w:val="20"/>
        </w:rPr>
        <w:t xml:space="preserve">EXPIRATION DATE: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DATE</w:t>
      </w:r>
      <w:r w:rsidRPr="00CA543E">
        <w:rPr>
          <w:rFonts w:ascii="Times New Roman" w:hAnsi="Times New Roman" w:cs="Times New Roman"/>
          <w:sz w:val="20"/>
          <w:szCs w:val="20"/>
          <w:highlight w:val="yellow"/>
        </w:rPr>
        <w:t>]</w:t>
      </w:r>
    </w:p>
    <w:p w14:paraId="2047062F" w14:textId="77777777" w:rsidR="00450C39" w:rsidRPr="00CA543E" w:rsidRDefault="00450C39" w:rsidP="00450C39">
      <w:pPr>
        <w:pStyle w:val="BodyText"/>
        <w:spacing w:after="0"/>
        <w:rPr>
          <w:rFonts w:ascii="Times New Roman" w:hAnsi="Times New Roman" w:cs="Times New Roman"/>
          <w:sz w:val="20"/>
          <w:szCs w:val="20"/>
        </w:rPr>
      </w:pPr>
    </w:p>
    <w:p w14:paraId="2206DFA3" w14:textId="0FB6EF4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 xml:space="preserve">AT THE REQUEST AND FOR THE ACCOUNT OF </w:t>
      </w:r>
      <w:r w:rsidRPr="00CA543E">
        <w:rPr>
          <w:rFonts w:ascii="Times New Roman" w:hAnsi="Times New Roman" w:cs="Times New Roman"/>
          <w:sz w:val="20"/>
          <w:szCs w:val="20"/>
          <w:highlight w:val="yellow"/>
        </w:rPr>
        <w:t>[</w:t>
      </w:r>
      <w:bookmarkStart w:id="0" w:name="_Hlk151367696"/>
      <w:r w:rsidRPr="00CA543E">
        <w:rPr>
          <w:rFonts w:ascii="Times New Roman" w:hAnsi="Times New Roman" w:cs="Times New Roman"/>
          <w:i/>
          <w:iCs/>
          <w:sz w:val="20"/>
          <w:szCs w:val="20"/>
          <w:highlight w:val="yellow"/>
        </w:rPr>
        <w:t>INSERT NAME OF ACCOUNT PARTY OR ACCOUNT PARTY ON BEHALF OF COUNTERPARTY</w:t>
      </w:r>
      <w:bookmarkEnd w:id="0"/>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LOCATED AT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INSERTADDRESS OF ACCOUNT PARTY</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NAME OF ISSUING BANK</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LOCATED AT</w:t>
      </w:r>
      <w:r w:rsidRPr="00CA543E">
        <w:rPr>
          <w:rFonts w:ascii="Times New Roman" w:hAnsi="Times New Roman" w:cs="Times New Roman"/>
          <w:i/>
          <w:iCs/>
          <w:sz w:val="20"/>
          <w:szCs w:val="20"/>
        </w:rPr>
        <w:t xml:space="preserve">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PLACE OF ISSUANCE</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(“WE” OR “US”), ISSUE THIS IRREVOCABLE STANDBY LETTER OF CREDIT NUMBER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REFERENCE NO</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IN FAVOR OF</w:t>
      </w:r>
      <w:r w:rsidR="006C7F94" w:rsidRPr="00CA543E">
        <w:rPr>
          <w:rFonts w:ascii="Times New Roman" w:hAnsi="Times New Roman" w:cs="Times New Roman"/>
          <w:sz w:val="20"/>
          <w:szCs w:val="20"/>
        </w:rPr>
        <w:t xml:space="preserve"> CALIFORNIA GRID HOLDINGS</w:t>
      </w:r>
      <w:r w:rsidRPr="00CA543E">
        <w:rPr>
          <w:rFonts w:ascii="Times New Roman" w:hAnsi="Times New Roman" w:cs="Times New Roman"/>
          <w:sz w:val="20"/>
          <w:szCs w:val="20"/>
        </w:rPr>
        <w:t xml:space="preserve"> LLC, LOCATED AT </w:t>
      </w:r>
      <w:r w:rsidR="008A0FF7" w:rsidRPr="00CA543E">
        <w:rPr>
          <w:rFonts w:ascii="Times New Roman" w:hAnsi="Times New Roman" w:cs="Times New Roman"/>
          <w:sz w:val="20"/>
          <w:szCs w:val="20"/>
        </w:rPr>
        <w:t>601 CALIFORNIA STREET, SUITE 800, SAN FRANCISCO, CA 94108</w:t>
      </w:r>
      <w:r w:rsidRPr="00CA543E">
        <w:rPr>
          <w:rFonts w:ascii="Times New Roman" w:hAnsi="Times New Roman" w:cs="Times New Roman"/>
          <w:sz w:val="20"/>
          <w:szCs w:val="20"/>
        </w:rPr>
        <w:t xml:space="preserve"> (“BENEFICIARY” OR “YOU”) IN THE MAXIMUM AGGREGATE AMOUNT OF USD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AMOUNT IN WORDS AND NUMBERS</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w:t>
      </w:r>
    </w:p>
    <w:p w14:paraId="7CBE2FAD" w14:textId="6F95E0A3" w:rsidR="00450C39" w:rsidRPr="000F0D47" w:rsidRDefault="00450C39" w:rsidP="00450C39">
      <w:pPr>
        <w:pStyle w:val="BodyText"/>
        <w:rPr>
          <w:rFonts w:ascii="Times New Roman" w:hAnsi="Times New Roman" w:cs="Times New Roman"/>
          <w:sz w:val="20"/>
          <w:szCs w:val="20"/>
        </w:rPr>
      </w:pPr>
      <w:r w:rsidRPr="000F0D47">
        <w:rPr>
          <w:rFonts w:ascii="Times New Roman" w:hAnsi="Times New Roman" w:cs="Times New Roman"/>
          <w:sz w:val="20"/>
          <w:szCs w:val="20"/>
        </w:rPr>
        <w:t xml:space="preserve">ISSUER UNDERTAKES TO BENEFICIARY TO PAY, WITHIN THREE (3) BUSINESS DAYS OF ITS RECEIPT, BENEFICIARY’S MAILED OR FAXED DEMAND FOR PAYMENT FOR AN AMOUNT AVAILABLE UNDER THIS LETTER OF CREDIT IN THE FORM OF THE ATTACHED PAYMENT DEMAND COMPLETED AND SIGNED AS INDICATED AND PRESENTED TO US (I) </w:t>
      </w:r>
      <w:r w:rsidR="006F2CC7" w:rsidRPr="000F0D47">
        <w:rPr>
          <w:rFonts w:ascii="Times New Roman" w:hAnsi="Times New Roman" w:cs="Times New Roman"/>
          <w:sz w:val="20"/>
          <w:szCs w:val="20"/>
        </w:rPr>
        <w:t xml:space="preserve">BY EMAIL AT </w:t>
      </w:r>
      <w:r w:rsidR="006F2CC7" w:rsidRPr="008510DF">
        <w:rPr>
          <w:rFonts w:ascii="Times New Roman" w:hAnsi="Times New Roman" w:cs="Times New Roman"/>
          <w:i/>
          <w:iCs/>
          <w:sz w:val="20"/>
          <w:szCs w:val="20"/>
          <w:highlight w:val="yellow"/>
        </w:rPr>
        <w:t>[INSERT EMAIL ADDRESS]</w:t>
      </w:r>
      <w:r w:rsidR="006F2CC7" w:rsidRPr="000F0D47">
        <w:rPr>
          <w:rFonts w:ascii="Times New Roman" w:hAnsi="Times New Roman" w:cs="Times New Roman"/>
          <w:sz w:val="20"/>
          <w:szCs w:val="20"/>
        </w:rPr>
        <w:t xml:space="preserve"> OR (II) </w:t>
      </w:r>
      <w:r w:rsidR="000F0D47" w:rsidRPr="000F0D47">
        <w:rPr>
          <w:rFonts w:ascii="Times New Roman" w:hAnsi="Times New Roman" w:cs="Times New Roman"/>
          <w:sz w:val="20"/>
          <w:szCs w:val="20"/>
        </w:rPr>
        <w:t xml:space="preserve">PHYSICALLY </w:t>
      </w:r>
      <w:r w:rsidRPr="000F0D47">
        <w:rPr>
          <w:rFonts w:ascii="Times New Roman" w:hAnsi="Times New Roman" w:cs="Times New Roman"/>
          <w:sz w:val="20"/>
          <w:szCs w:val="20"/>
        </w:rPr>
        <w:t xml:space="preserve">AT </w:t>
      </w:r>
      <w:r w:rsidRPr="000F0D47">
        <w:rPr>
          <w:rFonts w:ascii="Times New Roman" w:hAnsi="Times New Roman" w:cs="Times New Roman"/>
          <w:sz w:val="20"/>
          <w:szCs w:val="20"/>
          <w:highlight w:val="yellow"/>
        </w:rPr>
        <w:t>[</w:t>
      </w:r>
      <w:r w:rsidRPr="000F0D47">
        <w:rPr>
          <w:rFonts w:ascii="Times New Roman" w:hAnsi="Times New Roman" w:cs="Times New Roman"/>
          <w:i/>
          <w:iCs/>
          <w:sz w:val="20"/>
          <w:szCs w:val="20"/>
          <w:highlight w:val="yellow"/>
        </w:rPr>
        <w:t>INSERT ADDRESS OF PLACE FOR PRESENTATION</w:t>
      </w:r>
      <w:r w:rsidRPr="000F0D47">
        <w:rPr>
          <w:rFonts w:ascii="Times New Roman" w:hAnsi="Times New Roman" w:cs="Times New Roman"/>
          <w:sz w:val="20"/>
          <w:szCs w:val="20"/>
          <w:highlight w:val="yellow"/>
        </w:rPr>
        <w:t>]</w:t>
      </w:r>
      <w:r w:rsidRPr="000F0D47">
        <w:rPr>
          <w:rFonts w:ascii="Times New Roman" w:hAnsi="Times New Roman" w:cs="Times New Roman"/>
          <w:sz w:val="20"/>
          <w:szCs w:val="20"/>
        </w:rPr>
        <w:t xml:space="preserve"> OR</w:t>
      </w:r>
      <w:r w:rsidR="000F0D47" w:rsidRPr="000F0D47">
        <w:rPr>
          <w:rFonts w:ascii="Times New Roman" w:hAnsi="Times New Roman" w:cs="Times New Roman"/>
          <w:sz w:val="20"/>
          <w:szCs w:val="20"/>
        </w:rPr>
        <w:t xml:space="preserve"> </w:t>
      </w:r>
      <w:r w:rsidR="00DB0482" w:rsidRPr="000F0D47">
        <w:rPr>
          <w:rFonts w:ascii="Times New Roman" w:hAnsi="Times New Roman" w:cs="Times New Roman"/>
          <w:sz w:val="20"/>
          <w:szCs w:val="20"/>
        </w:rPr>
        <w:t xml:space="preserve">(III) </w:t>
      </w:r>
      <w:r w:rsidRPr="000F0D47">
        <w:rPr>
          <w:rFonts w:ascii="Times New Roman" w:hAnsi="Times New Roman" w:cs="Times New Roman"/>
          <w:sz w:val="20"/>
          <w:szCs w:val="20"/>
        </w:rPr>
        <w:t xml:space="preserve">BY FAX AT </w:t>
      </w:r>
      <w:r w:rsidRPr="000F0D47">
        <w:rPr>
          <w:rFonts w:ascii="Times New Roman" w:hAnsi="Times New Roman" w:cs="Times New Roman"/>
          <w:sz w:val="20"/>
          <w:szCs w:val="20"/>
          <w:highlight w:val="yellow"/>
        </w:rPr>
        <w:t>[</w:t>
      </w:r>
      <w:r w:rsidRPr="000F0D47">
        <w:rPr>
          <w:rFonts w:ascii="Times New Roman" w:hAnsi="Times New Roman" w:cs="Times New Roman"/>
          <w:i/>
          <w:iCs/>
          <w:sz w:val="20"/>
          <w:szCs w:val="20"/>
          <w:highlight w:val="yellow"/>
        </w:rPr>
        <w:t>INSERT FAX NUMBER</w:t>
      </w:r>
      <w:r w:rsidRPr="000F0D47">
        <w:rPr>
          <w:rFonts w:ascii="Times New Roman" w:hAnsi="Times New Roman" w:cs="Times New Roman"/>
          <w:sz w:val="20"/>
          <w:szCs w:val="20"/>
          <w:highlight w:val="yellow"/>
        </w:rPr>
        <w:t>]</w:t>
      </w:r>
      <w:r w:rsidRPr="000F0D47">
        <w:rPr>
          <w:rFonts w:ascii="Times New Roman" w:hAnsi="Times New Roman" w:cs="Times New Roman"/>
          <w:sz w:val="20"/>
          <w:szCs w:val="20"/>
        </w:rPr>
        <w:t xml:space="preserve">, ATTENTION: </w:t>
      </w:r>
      <w:r w:rsidRPr="000F0D47">
        <w:rPr>
          <w:rFonts w:ascii="Times New Roman" w:hAnsi="Times New Roman" w:cs="Times New Roman"/>
          <w:sz w:val="20"/>
          <w:szCs w:val="20"/>
          <w:highlight w:val="yellow"/>
        </w:rPr>
        <w:t>[</w:t>
      </w:r>
      <w:r w:rsidRPr="000F0D47">
        <w:rPr>
          <w:rFonts w:ascii="Times New Roman" w:hAnsi="Times New Roman" w:cs="Times New Roman"/>
          <w:i/>
          <w:iCs/>
          <w:sz w:val="20"/>
          <w:szCs w:val="20"/>
          <w:highlight w:val="yellow"/>
        </w:rPr>
        <w:t>IDENTIFY BANK’S LETTER OF CREDIT DEPT.</w:t>
      </w:r>
      <w:r w:rsidRPr="000F0D47">
        <w:rPr>
          <w:rFonts w:ascii="Times New Roman" w:hAnsi="Times New Roman" w:cs="Times New Roman"/>
          <w:sz w:val="20"/>
          <w:szCs w:val="20"/>
          <w:highlight w:val="yellow"/>
        </w:rPr>
        <w:t>]</w:t>
      </w:r>
      <w:r w:rsidRPr="000F0D47">
        <w:rPr>
          <w:rFonts w:ascii="Times New Roman" w:hAnsi="Times New Roman" w:cs="Times New Roman"/>
          <w:sz w:val="20"/>
          <w:szCs w:val="20"/>
        </w:rPr>
        <w:t xml:space="preserve">, AND IF PRESENTED BY FAX, PRECEDED BY A CALL TO US AT </w:t>
      </w:r>
      <w:r w:rsidRPr="000F0D47">
        <w:rPr>
          <w:rFonts w:ascii="Times New Roman" w:hAnsi="Times New Roman" w:cs="Times New Roman"/>
          <w:sz w:val="20"/>
          <w:szCs w:val="20"/>
          <w:highlight w:val="yellow"/>
        </w:rPr>
        <w:t>[</w:t>
      </w:r>
      <w:r w:rsidRPr="000F0D47">
        <w:rPr>
          <w:rFonts w:ascii="Times New Roman" w:hAnsi="Times New Roman" w:cs="Times New Roman"/>
          <w:i/>
          <w:iCs/>
          <w:sz w:val="20"/>
          <w:szCs w:val="20"/>
          <w:highlight w:val="yellow"/>
        </w:rPr>
        <w:t>INSERT NUMBER</w:t>
      </w:r>
      <w:r w:rsidRPr="000F0D47">
        <w:rPr>
          <w:rFonts w:ascii="Times New Roman" w:hAnsi="Times New Roman" w:cs="Times New Roman"/>
          <w:sz w:val="20"/>
          <w:szCs w:val="20"/>
          <w:highlight w:val="yellow"/>
        </w:rPr>
        <w:t>]</w:t>
      </w:r>
      <w:r w:rsidRPr="000F0D47">
        <w:rPr>
          <w:rFonts w:ascii="Times New Roman" w:hAnsi="Times New Roman" w:cs="Times New Roman"/>
          <w:sz w:val="20"/>
          <w:szCs w:val="20"/>
        </w:rPr>
        <w:t xml:space="preserve"> OR </w:t>
      </w:r>
      <w:r w:rsidRPr="000F0D47">
        <w:rPr>
          <w:rFonts w:ascii="Times New Roman" w:hAnsi="Times New Roman" w:cs="Times New Roman"/>
          <w:sz w:val="20"/>
          <w:szCs w:val="20"/>
          <w:highlight w:val="yellow"/>
        </w:rPr>
        <w:t>[</w:t>
      </w:r>
      <w:r w:rsidRPr="000F0D47">
        <w:rPr>
          <w:rFonts w:ascii="Times New Roman" w:hAnsi="Times New Roman" w:cs="Times New Roman"/>
          <w:i/>
          <w:iCs/>
          <w:sz w:val="20"/>
          <w:szCs w:val="20"/>
          <w:highlight w:val="yellow"/>
        </w:rPr>
        <w:t>INSERT ALTERNATIVE NUMBER</w:t>
      </w:r>
      <w:r w:rsidRPr="000F0D47">
        <w:rPr>
          <w:rFonts w:ascii="Times New Roman" w:hAnsi="Times New Roman" w:cs="Times New Roman"/>
          <w:sz w:val="20"/>
          <w:szCs w:val="20"/>
          <w:highlight w:val="yellow"/>
        </w:rPr>
        <w:t>]</w:t>
      </w:r>
      <w:r w:rsidRPr="000F0D47">
        <w:rPr>
          <w:rFonts w:ascii="Times New Roman" w:hAnsi="Times New Roman" w:cs="Times New Roman"/>
          <w:sz w:val="20"/>
          <w:szCs w:val="20"/>
        </w:rPr>
        <w:t xml:space="preserve">, IN EACH CASE ON OR BEFORE THE EXPIRATION DATE OF THIS LETTER OF CREDIT.  </w:t>
      </w:r>
    </w:p>
    <w:p w14:paraId="2737FA48"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 xml:space="preserve">THE EXPIRATION DATE OF THIS LETTER OF CREDIT IS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DATE</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xml:space="preserve">.  IT IS A CONDITION OF THIS LETTER OF CREDIT THAT ITS EXPIRATION DATE SHALL BE AUTOMATICALLY EXTENDED WITHOUT AMENDMENT FOR SUCCESSIVE ONE (1) YEAR PERIODS FROM ITS THEN CURRENT </w:t>
      </w:r>
      <w:r w:rsidRPr="00CA543E">
        <w:rPr>
          <w:rFonts w:ascii="Times New Roman" w:hAnsi="Times New Roman" w:cs="Times New Roman"/>
          <w:sz w:val="20"/>
          <w:szCs w:val="20"/>
        </w:rPr>
        <w:lastRenderedPageBreak/>
        <w:t>EXPIRATION DATE UNLESS AT LEAST SIXTY (60) DAYS PRIOR TO ITS THEN CURRENT EXPIRATION DATE, WE SEND NOTICE TO YOU BOTH BY (I) OVERNIGHT COURIER, AT YOUR ADDRESS STATED ABOVE, AND (II) BY ELECTRONIC TRANSMISSION TO YOU AT YOUR EMAIL ADDRESS STATED ABOVE, THAT WE ELECT NOT TO EXTEND THE EXPIRATION DATE OF THIS LETTER OF CREDIT FOR ANY SUCH ADDITIONAL PERIOD.</w:t>
      </w:r>
    </w:p>
    <w:p w14:paraId="29896E81"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PARTIAL AND MULTIPLE DRAWINGS ARE PERMITTED.  ANY PAYMENT MADE UNDER THIS LETTER OF CREDIT SHALL REDUCE THE AMOUNT AVAILABLE UNDER IT.</w:t>
      </w:r>
    </w:p>
    <w:p w14:paraId="1861163E"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 xml:space="preserve">ALL NOTICES TO YOU FROM US SHALL BE IN WRITING SENT BY OVERNIGHT COURIER OR DELIVERED IN PERSON TO YOU AT YOUR ADDRESS STATED ABOVE AND CONFIRMED BY ELECTRONIC TRANSMISSION TO YOU AT YOUR EMAIL ADDRESS STATED ABOVE. </w:t>
      </w:r>
    </w:p>
    <w:p w14:paraId="5F9F1805"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 xml:space="preserve">EXCEPT IN THE CASE OF AN INCREASE IN ITS STATED AMOUNT OR EXTENSION OF ITS EXPIRATION DATE, WE WILL NOT MODIFY, REVOKE OR TERMINATE THIS LETTER OF CREDIT WITHOUT BENEFICIARY’S PRIOR WRITTEN CONSENT.  </w:t>
      </w:r>
    </w:p>
    <w:p w14:paraId="68931BFB" w14:textId="197FFFEC" w:rsidR="00450C39" w:rsidRPr="00CA543E" w:rsidRDefault="00450C39" w:rsidP="00450C39">
      <w:pPr>
        <w:rPr>
          <w:rFonts w:ascii="Times New Roman" w:hAnsi="Times New Roman" w:cs="Times New Roman"/>
          <w:sz w:val="20"/>
          <w:szCs w:val="20"/>
        </w:rPr>
      </w:pPr>
      <w:r w:rsidRPr="00CA543E">
        <w:rPr>
          <w:rFonts w:ascii="Times New Roman" w:hAnsi="Times New Roman" w:cs="Times New Roman"/>
          <w:sz w:val="20"/>
          <w:szCs w:val="20"/>
        </w:rPr>
        <w:t xml:space="preserve">THIS LETTER OF </w:t>
      </w:r>
      <w:proofErr w:type="gramStart"/>
      <w:r w:rsidRPr="00CA543E">
        <w:rPr>
          <w:rFonts w:ascii="Times New Roman" w:hAnsi="Times New Roman" w:cs="Times New Roman"/>
          <w:sz w:val="20"/>
          <w:szCs w:val="20"/>
        </w:rPr>
        <w:t>CREDIT IS</w:t>
      </w:r>
      <w:proofErr w:type="gramEnd"/>
      <w:r w:rsidRPr="00CA543E">
        <w:rPr>
          <w:rFonts w:ascii="Times New Roman" w:hAnsi="Times New Roman" w:cs="Times New Roman"/>
          <w:sz w:val="20"/>
          <w:szCs w:val="20"/>
        </w:rPr>
        <w:t xml:space="preserve"> ISSUED SUBJECT TO THE INTERNATIONAL STANDBY PRACTICES 1998, INTERNATIONAL CHAMBER OF COMMERCE PUBLICATION NO. 590 (ISP98) AND IS GOVERNED BY THE LAWS OF THE STATE OF </w:t>
      </w:r>
      <w:r w:rsidRPr="006F4CC6">
        <w:rPr>
          <w:rFonts w:ascii="Times New Roman" w:hAnsi="Times New Roman" w:cs="Times New Roman"/>
          <w:sz w:val="20"/>
          <w:szCs w:val="20"/>
        </w:rPr>
        <w:t>NEW YORK</w:t>
      </w:r>
      <w:r w:rsidRPr="00CA543E">
        <w:rPr>
          <w:rFonts w:ascii="Times New Roman" w:hAnsi="Times New Roman" w:cs="Times New Roman"/>
          <w:sz w:val="20"/>
          <w:szCs w:val="20"/>
        </w:rPr>
        <w:t xml:space="preserve">.  </w:t>
      </w:r>
    </w:p>
    <w:p w14:paraId="6EA55382" w14:textId="77777777" w:rsidR="00450C39" w:rsidRPr="00CA543E" w:rsidRDefault="00450C39" w:rsidP="00A006EF">
      <w:pPr>
        <w:rPr>
          <w:rFonts w:ascii="Times New Roman" w:hAnsi="Times New Roman" w:cs="Times New Roman"/>
          <w:sz w:val="20"/>
          <w:szCs w:val="20"/>
        </w:rPr>
      </w:pPr>
      <w:r w:rsidRPr="00CA543E">
        <w:rPr>
          <w:rFonts w:ascii="Times New Roman" w:hAnsi="Times New Roman" w:cs="Times New Roman"/>
          <w:sz w:val="20"/>
          <w:szCs w:val="20"/>
        </w:rPr>
        <w:t xml:space="preserve">ALL INQUIRIES CONCERNING THIS LETTER OF CREDIT MAY BE DIRECTED TO OUR LETTER OF CREDIT DEPARTMENT QUOTING OUR LETTER OF CREDIT NUMBER </w:t>
      </w:r>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NUMBER</w:t>
      </w:r>
      <w:r w:rsidRPr="00CA543E">
        <w:rPr>
          <w:rFonts w:ascii="Times New Roman" w:hAnsi="Times New Roman" w:cs="Times New Roman"/>
          <w:sz w:val="20"/>
          <w:szCs w:val="20"/>
          <w:highlight w:val="yellow"/>
        </w:rPr>
        <w:t>]</w:t>
      </w:r>
      <w:r w:rsidRPr="00CA543E">
        <w:rPr>
          <w:rFonts w:ascii="Times New Roman" w:hAnsi="Times New Roman" w:cs="Times New Roman"/>
          <w:sz w:val="20"/>
          <w:szCs w:val="20"/>
        </w:rPr>
        <w:t>, USING EITHER OF THE FOLLOWING CONTACT DETAILS:</w:t>
      </w:r>
    </w:p>
    <w:p w14:paraId="57818E92" w14:textId="77777777" w:rsidR="00450C39" w:rsidRPr="00CA543E" w:rsidRDefault="00450C39" w:rsidP="00450C39">
      <w:pPr>
        <w:rPr>
          <w:rFonts w:ascii="Times New Roman" w:hAnsi="Times New Roman" w:cs="Times New Roman"/>
          <w:sz w:val="20"/>
          <w:szCs w:val="20"/>
        </w:rPr>
      </w:pPr>
    </w:p>
    <w:p w14:paraId="20476A0E" w14:textId="77777777" w:rsidR="00450C39" w:rsidRPr="00CA543E" w:rsidRDefault="00450C39" w:rsidP="00450C39">
      <w:pPr>
        <w:ind w:firstLine="720"/>
        <w:rPr>
          <w:rFonts w:ascii="Times New Roman" w:hAnsi="Times New Roman" w:cs="Times New Roman"/>
          <w:sz w:val="20"/>
          <w:szCs w:val="20"/>
        </w:rPr>
      </w:pPr>
      <w:r w:rsidRPr="00CA543E">
        <w:rPr>
          <w:rFonts w:ascii="Times New Roman" w:hAnsi="Times New Roman" w:cs="Times New Roman"/>
          <w:sz w:val="20"/>
          <w:szCs w:val="20"/>
        </w:rPr>
        <w:t>TELEPHONE</w:t>
      </w:r>
      <w:proofErr w:type="gramStart"/>
      <w:r w:rsidRPr="00CA543E">
        <w:rPr>
          <w:rFonts w:ascii="Times New Roman" w:hAnsi="Times New Roman" w:cs="Times New Roman"/>
          <w:sz w:val="20"/>
          <w:szCs w:val="20"/>
        </w:rPr>
        <w:t>:</w:t>
      </w:r>
      <w:r w:rsidRPr="00CA543E">
        <w:rPr>
          <w:rFonts w:ascii="Times New Roman" w:hAnsi="Times New Roman" w:cs="Times New Roman"/>
          <w:sz w:val="20"/>
          <w:szCs w:val="20"/>
        </w:rPr>
        <w:tab/>
      </w:r>
      <w:r w:rsidRPr="00CA543E">
        <w:rPr>
          <w:rFonts w:ascii="Times New Roman" w:hAnsi="Times New Roman" w:cs="Times New Roman"/>
          <w:sz w:val="20"/>
          <w:szCs w:val="20"/>
        </w:rPr>
        <w:tab/>
      </w:r>
      <w:r w:rsidRPr="00CA543E">
        <w:rPr>
          <w:rFonts w:ascii="Times New Roman" w:hAnsi="Times New Roman" w:cs="Times New Roman"/>
          <w:sz w:val="20"/>
          <w:szCs w:val="20"/>
          <w:highlight w:val="yellow"/>
        </w:rPr>
        <w:t>[</w:t>
      </w:r>
      <w:proofErr w:type="gramEnd"/>
      <w:r w:rsidRPr="00CA543E">
        <w:rPr>
          <w:rFonts w:ascii="Times New Roman" w:hAnsi="Times New Roman" w:cs="Times New Roman"/>
          <w:i/>
          <w:iCs/>
          <w:sz w:val="20"/>
          <w:szCs w:val="20"/>
          <w:highlight w:val="yellow"/>
        </w:rPr>
        <w:t>INSERT NUMBER</w:t>
      </w:r>
      <w:r w:rsidRPr="00CA543E">
        <w:rPr>
          <w:rFonts w:ascii="Times New Roman" w:hAnsi="Times New Roman" w:cs="Times New Roman"/>
          <w:sz w:val="20"/>
          <w:szCs w:val="20"/>
          <w:highlight w:val="yellow"/>
        </w:rPr>
        <w:t>]</w:t>
      </w:r>
    </w:p>
    <w:p w14:paraId="6EBC6DF4" w14:textId="77777777" w:rsidR="00450C39" w:rsidRPr="00CA543E" w:rsidRDefault="00450C39" w:rsidP="00450C39">
      <w:pPr>
        <w:ind w:firstLine="720"/>
        <w:rPr>
          <w:rFonts w:ascii="Times New Roman" w:hAnsi="Times New Roman" w:cs="Times New Roman"/>
          <w:sz w:val="20"/>
          <w:szCs w:val="20"/>
        </w:rPr>
      </w:pPr>
      <w:r w:rsidRPr="00CA543E">
        <w:rPr>
          <w:rFonts w:ascii="Times New Roman" w:hAnsi="Times New Roman" w:cs="Times New Roman"/>
          <w:sz w:val="20"/>
          <w:szCs w:val="20"/>
        </w:rPr>
        <w:t>EMAIL ADDRESS</w:t>
      </w:r>
      <w:proofErr w:type="gramStart"/>
      <w:r w:rsidRPr="00CA543E">
        <w:rPr>
          <w:rFonts w:ascii="Times New Roman" w:hAnsi="Times New Roman" w:cs="Times New Roman"/>
          <w:sz w:val="20"/>
          <w:szCs w:val="20"/>
        </w:rPr>
        <w:t xml:space="preserve">:  </w:t>
      </w:r>
      <w:r w:rsidRPr="00CA543E">
        <w:rPr>
          <w:rFonts w:ascii="Times New Roman" w:hAnsi="Times New Roman" w:cs="Times New Roman"/>
          <w:sz w:val="20"/>
          <w:szCs w:val="20"/>
        </w:rPr>
        <w:tab/>
      </w:r>
      <w:proofErr w:type="gramEnd"/>
      <w:r w:rsidRPr="00CA543E">
        <w:rPr>
          <w:rFonts w:ascii="Times New Roman" w:hAnsi="Times New Roman" w:cs="Times New Roman"/>
          <w:sz w:val="20"/>
          <w:szCs w:val="20"/>
          <w:highlight w:val="yellow"/>
        </w:rPr>
        <w:t>[</w:t>
      </w:r>
      <w:r w:rsidRPr="00CA543E">
        <w:rPr>
          <w:rFonts w:ascii="Times New Roman" w:hAnsi="Times New Roman" w:cs="Times New Roman"/>
          <w:i/>
          <w:iCs/>
          <w:sz w:val="20"/>
          <w:szCs w:val="20"/>
          <w:highlight w:val="yellow"/>
        </w:rPr>
        <w:t>INSERT EMAIL ADDRESS</w:t>
      </w:r>
      <w:r w:rsidRPr="00CA543E">
        <w:rPr>
          <w:rFonts w:ascii="Times New Roman" w:hAnsi="Times New Roman" w:cs="Times New Roman"/>
          <w:sz w:val="20"/>
          <w:szCs w:val="20"/>
          <w:highlight w:val="yellow"/>
        </w:rPr>
        <w:t>]</w:t>
      </w:r>
    </w:p>
    <w:p w14:paraId="4DD325CC" w14:textId="77777777" w:rsidR="00450C39" w:rsidRPr="00CA543E" w:rsidRDefault="00450C39" w:rsidP="00450C39">
      <w:pPr>
        <w:rPr>
          <w:rFonts w:ascii="Times New Roman" w:hAnsi="Times New Roman" w:cs="Times New Roman"/>
          <w:sz w:val="20"/>
          <w:szCs w:val="20"/>
        </w:rPr>
      </w:pPr>
    </w:p>
    <w:p w14:paraId="385DDC33" w14:textId="77777777" w:rsidR="00450C39" w:rsidRPr="00CA543E" w:rsidRDefault="00450C39" w:rsidP="00450C39">
      <w:pPr>
        <w:pStyle w:val="BodyText"/>
        <w:rPr>
          <w:rFonts w:ascii="Times New Roman" w:hAnsi="Times New Roman" w:cs="Times New Roman"/>
          <w:sz w:val="20"/>
          <w:szCs w:val="20"/>
        </w:rPr>
      </w:pPr>
    </w:p>
    <w:p w14:paraId="03D5693F"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AUTHORIZED SIGNATURE FOR BANK</w:t>
      </w:r>
    </w:p>
    <w:p w14:paraId="2D334BC3"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By:</w:t>
      </w:r>
      <w:r w:rsidRPr="00CA543E">
        <w:rPr>
          <w:rFonts w:ascii="Times New Roman" w:hAnsi="Times New Roman" w:cs="Times New Roman"/>
          <w:sz w:val="20"/>
          <w:szCs w:val="20"/>
        </w:rPr>
        <w:tab/>
      </w:r>
      <w:r w:rsidRPr="00CA543E">
        <w:rPr>
          <w:rFonts w:ascii="Times New Roman" w:hAnsi="Times New Roman" w:cs="Times New Roman"/>
          <w:sz w:val="20"/>
          <w:szCs w:val="20"/>
        </w:rPr>
        <w:tab/>
        <w:t>__________________________</w:t>
      </w:r>
    </w:p>
    <w:p w14:paraId="23EE4252" w14:textId="77777777" w:rsidR="00450C39" w:rsidRPr="00CA543E" w:rsidRDefault="00450C39" w:rsidP="006F4CC6">
      <w:pPr>
        <w:pStyle w:val="BodyText"/>
        <w:rPr>
          <w:rFonts w:ascii="Times New Roman" w:hAnsi="Times New Roman" w:cs="Times New Roman"/>
          <w:sz w:val="20"/>
          <w:szCs w:val="20"/>
        </w:rPr>
      </w:pPr>
      <w:r w:rsidRPr="00CA543E">
        <w:rPr>
          <w:rFonts w:ascii="Times New Roman" w:hAnsi="Times New Roman" w:cs="Times New Roman"/>
          <w:sz w:val="20"/>
          <w:szCs w:val="20"/>
        </w:rPr>
        <w:t>Signature:</w:t>
      </w:r>
      <w:r w:rsidRPr="00CA543E">
        <w:rPr>
          <w:rFonts w:ascii="Times New Roman" w:hAnsi="Times New Roman" w:cs="Times New Roman"/>
          <w:sz w:val="20"/>
          <w:szCs w:val="20"/>
        </w:rPr>
        <w:tab/>
        <w:t>__________________________</w:t>
      </w:r>
    </w:p>
    <w:p w14:paraId="06730C66"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Name:</w:t>
      </w:r>
      <w:r w:rsidRPr="00CA543E">
        <w:rPr>
          <w:rFonts w:ascii="Times New Roman" w:hAnsi="Times New Roman" w:cs="Times New Roman"/>
          <w:sz w:val="20"/>
          <w:szCs w:val="20"/>
        </w:rPr>
        <w:tab/>
      </w:r>
      <w:r w:rsidRPr="00CA543E">
        <w:rPr>
          <w:rFonts w:ascii="Times New Roman" w:hAnsi="Times New Roman" w:cs="Times New Roman"/>
          <w:sz w:val="20"/>
          <w:szCs w:val="20"/>
        </w:rPr>
        <w:tab/>
        <w:t>__________________________</w:t>
      </w:r>
    </w:p>
    <w:p w14:paraId="06AF58E9"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Title:</w:t>
      </w:r>
      <w:r w:rsidRPr="00CA543E">
        <w:rPr>
          <w:rFonts w:ascii="Times New Roman" w:hAnsi="Times New Roman" w:cs="Times New Roman"/>
          <w:sz w:val="20"/>
          <w:szCs w:val="20"/>
        </w:rPr>
        <w:tab/>
      </w:r>
      <w:r w:rsidRPr="00CA543E">
        <w:rPr>
          <w:rFonts w:ascii="Times New Roman" w:hAnsi="Times New Roman" w:cs="Times New Roman"/>
          <w:sz w:val="20"/>
          <w:szCs w:val="20"/>
        </w:rPr>
        <w:tab/>
        <w:t>__________________________</w:t>
      </w:r>
    </w:p>
    <w:p w14:paraId="0FF28A6F" w14:textId="77777777" w:rsidR="00450C39" w:rsidRPr="00CA543E" w:rsidRDefault="00450C39" w:rsidP="00450C39">
      <w:pPr>
        <w:pStyle w:val="BodyText"/>
        <w:rPr>
          <w:rFonts w:ascii="Times New Roman" w:hAnsi="Times New Roman" w:cs="Times New Roman"/>
          <w:sz w:val="20"/>
          <w:szCs w:val="20"/>
        </w:rPr>
      </w:pPr>
      <w:r w:rsidRPr="00CA543E">
        <w:rPr>
          <w:rFonts w:ascii="Times New Roman" w:hAnsi="Times New Roman" w:cs="Times New Roman"/>
          <w:sz w:val="20"/>
          <w:szCs w:val="20"/>
        </w:rPr>
        <w:t>Date:</w:t>
      </w:r>
      <w:r w:rsidRPr="00CA543E">
        <w:rPr>
          <w:rFonts w:ascii="Times New Roman" w:hAnsi="Times New Roman" w:cs="Times New Roman"/>
          <w:sz w:val="20"/>
          <w:szCs w:val="20"/>
        </w:rPr>
        <w:tab/>
      </w:r>
      <w:r w:rsidRPr="00CA543E">
        <w:rPr>
          <w:rFonts w:ascii="Times New Roman" w:hAnsi="Times New Roman" w:cs="Times New Roman"/>
          <w:sz w:val="20"/>
          <w:szCs w:val="20"/>
        </w:rPr>
        <w:tab/>
        <w:t>__________________________</w:t>
      </w:r>
      <w:r w:rsidRPr="00CA543E">
        <w:rPr>
          <w:rFonts w:ascii="Times New Roman" w:hAnsi="Times New Roman" w:cs="Times New Roman"/>
          <w:sz w:val="20"/>
          <w:szCs w:val="20"/>
        </w:rPr>
        <w:br w:type="page"/>
      </w:r>
    </w:p>
    <w:p w14:paraId="66B5891B" w14:textId="77777777" w:rsidR="00450C39" w:rsidRPr="006F4CC6" w:rsidRDefault="00450C39" w:rsidP="00450C39">
      <w:pPr>
        <w:pStyle w:val="BodyText"/>
        <w:jc w:val="center"/>
        <w:rPr>
          <w:rFonts w:ascii="Times New Roman" w:hAnsi="Times New Roman" w:cs="Times New Roman"/>
          <w:b/>
          <w:sz w:val="22"/>
        </w:rPr>
      </w:pPr>
      <w:r w:rsidRPr="006F4CC6">
        <w:rPr>
          <w:rFonts w:ascii="Times New Roman" w:hAnsi="Times New Roman" w:cs="Times New Roman"/>
          <w:b/>
          <w:sz w:val="22"/>
        </w:rPr>
        <w:lastRenderedPageBreak/>
        <w:t>PAYMENT DEMAND</w:t>
      </w:r>
    </w:p>
    <w:p w14:paraId="5D59C745"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dATE:</w:t>
      </w:r>
      <w:r w:rsidRPr="006F4CC6">
        <w:rPr>
          <w:rFonts w:ascii="Times New Roman" w:hAnsi="Times New Roman" w:cs="Times New Roman"/>
          <w:caps/>
          <w:sz w:val="20"/>
          <w:szCs w:val="20"/>
        </w:rPr>
        <w:tab/>
      </w:r>
      <w:r w:rsidRPr="006F4CC6">
        <w:rPr>
          <w:rFonts w:ascii="Times New Roman" w:hAnsi="Times New Roman" w:cs="Times New Roman"/>
          <w:caps/>
          <w:sz w:val="20"/>
          <w:szCs w:val="20"/>
          <w:highlight w:val="yellow"/>
        </w:rPr>
        <w:t>[</w:t>
      </w:r>
      <w:r w:rsidRPr="006F4CC6">
        <w:rPr>
          <w:rFonts w:ascii="Times New Roman" w:hAnsi="Times New Roman" w:cs="Times New Roman"/>
          <w:i/>
          <w:iCs/>
          <w:caps/>
          <w:sz w:val="20"/>
          <w:szCs w:val="20"/>
          <w:highlight w:val="yellow"/>
        </w:rPr>
        <w:t>INSERT DATE</w:t>
      </w:r>
      <w:r w:rsidRPr="006F4CC6">
        <w:rPr>
          <w:rFonts w:ascii="Times New Roman" w:hAnsi="Times New Roman" w:cs="Times New Roman"/>
          <w:caps/>
          <w:sz w:val="20"/>
          <w:szCs w:val="20"/>
          <w:highlight w:val="yellow"/>
        </w:rPr>
        <w:t>]</w:t>
      </w:r>
    </w:p>
    <w:p w14:paraId="583E8293"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 xml:space="preserve">To:  </w:t>
      </w:r>
      <w:r w:rsidRPr="006F4CC6">
        <w:rPr>
          <w:rFonts w:ascii="Times New Roman" w:hAnsi="Times New Roman" w:cs="Times New Roman"/>
          <w:caps/>
          <w:sz w:val="20"/>
          <w:szCs w:val="20"/>
        </w:rPr>
        <w:tab/>
      </w:r>
      <w:r w:rsidRPr="006F4CC6">
        <w:rPr>
          <w:rFonts w:ascii="Times New Roman" w:hAnsi="Times New Roman" w:cs="Times New Roman"/>
          <w:caps/>
          <w:sz w:val="20"/>
          <w:szCs w:val="20"/>
          <w:highlight w:val="yellow"/>
        </w:rPr>
        <w:t>[</w:t>
      </w:r>
      <w:r w:rsidRPr="006F4CC6">
        <w:rPr>
          <w:rFonts w:ascii="Times New Roman" w:hAnsi="Times New Roman" w:cs="Times New Roman"/>
          <w:i/>
          <w:iCs/>
          <w:caps/>
          <w:sz w:val="20"/>
          <w:szCs w:val="20"/>
          <w:highlight w:val="yellow"/>
        </w:rPr>
        <w:t>Name, address and fax number of issuing bank</w:t>
      </w:r>
      <w:r w:rsidRPr="006F4CC6">
        <w:rPr>
          <w:rFonts w:ascii="Times New Roman" w:hAnsi="Times New Roman" w:cs="Times New Roman"/>
          <w:caps/>
          <w:sz w:val="20"/>
          <w:szCs w:val="20"/>
          <w:highlight w:val="yellow"/>
        </w:rPr>
        <w:t>]</w:t>
      </w:r>
      <w:r w:rsidRPr="006F4CC6">
        <w:rPr>
          <w:rFonts w:ascii="Times New Roman" w:hAnsi="Times New Roman" w:cs="Times New Roman"/>
          <w:caps/>
          <w:sz w:val="20"/>
          <w:szCs w:val="20"/>
        </w:rPr>
        <w:t xml:space="preserve"> (“ISSUER”)</w:t>
      </w:r>
    </w:p>
    <w:p w14:paraId="71241971" w14:textId="77777777" w:rsidR="00450C39" w:rsidRPr="006F4CC6" w:rsidRDefault="00450C39" w:rsidP="00450C39">
      <w:pPr>
        <w:pStyle w:val="BodyText"/>
        <w:rPr>
          <w:rFonts w:ascii="Times New Roman" w:hAnsi="Times New Roman" w:cs="Times New Roman"/>
          <w:i/>
          <w:iCs/>
          <w:caps/>
          <w:sz w:val="20"/>
          <w:szCs w:val="20"/>
        </w:rPr>
      </w:pPr>
      <w:r w:rsidRPr="006F4CC6">
        <w:rPr>
          <w:rFonts w:ascii="Times New Roman" w:hAnsi="Times New Roman" w:cs="Times New Roman"/>
          <w:caps/>
          <w:sz w:val="20"/>
          <w:szCs w:val="20"/>
        </w:rPr>
        <w:t>RE</w:t>
      </w:r>
      <w:proofErr w:type="gramStart"/>
      <w:r w:rsidRPr="006F4CC6">
        <w:rPr>
          <w:rFonts w:ascii="Times New Roman" w:hAnsi="Times New Roman" w:cs="Times New Roman"/>
          <w:caps/>
          <w:sz w:val="20"/>
          <w:szCs w:val="20"/>
        </w:rPr>
        <w:t xml:space="preserve">: </w:t>
      </w:r>
      <w:r w:rsidRPr="006F4CC6">
        <w:rPr>
          <w:rFonts w:ascii="Times New Roman" w:hAnsi="Times New Roman" w:cs="Times New Roman"/>
          <w:caps/>
          <w:sz w:val="20"/>
          <w:szCs w:val="20"/>
        </w:rPr>
        <w:tab/>
        <w:t>Letter</w:t>
      </w:r>
      <w:proofErr w:type="gramEnd"/>
      <w:r w:rsidRPr="006F4CC6">
        <w:rPr>
          <w:rFonts w:ascii="Times New Roman" w:hAnsi="Times New Roman" w:cs="Times New Roman"/>
          <w:caps/>
          <w:sz w:val="20"/>
          <w:szCs w:val="20"/>
        </w:rPr>
        <w:t xml:space="preserve"> of Credit no. </w:t>
      </w:r>
      <w:r w:rsidRPr="006F4CC6">
        <w:rPr>
          <w:rFonts w:ascii="Times New Roman" w:hAnsi="Times New Roman" w:cs="Times New Roman"/>
          <w:sz w:val="20"/>
          <w:szCs w:val="20"/>
          <w:highlight w:val="yellow"/>
        </w:rPr>
        <w:t>[</w:t>
      </w:r>
      <w:r w:rsidRPr="006F4CC6">
        <w:rPr>
          <w:rFonts w:ascii="Times New Roman" w:hAnsi="Times New Roman" w:cs="Times New Roman"/>
          <w:i/>
          <w:iCs/>
          <w:sz w:val="20"/>
          <w:szCs w:val="20"/>
          <w:highlight w:val="yellow"/>
        </w:rPr>
        <w:t>INSERT NO.</w:t>
      </w:r>
      <w:r w:rsidRPr="006F4CC6">
        <w:rPr>
          <w:rFonts w:ascii="Times New Roman" w:hAnsi="Times New Roman" w:cs="Times New Roman"/>
          <w:sz w:val="20"/>
          <w:szCs w:val="20"/>
          <w:highlight w:val="yellow"/>
        </w:rPr>
        <w:t>]</w:t>
      </w:r>
      <w:r w:rsidRPr="006F4CC6">
        <w:rPr>
          <w:rFonts w:ascii="Times New Roman" w:hAnsi="Times New Roman" w:cs="Times New Roman"/>
          <w:caps/>
          <w:sz w:val="20"/>
          <w:szCs w:val="20"/>
        </w:rPr>
        <w:t xml:space="preserve"> </w:t>
      </w:r>
    </w:p>
    <w:p w14:paraId="10F0EE4D" w14:textId="708823B1" w:rsidR="00450C39" w:rsidRPr="006F4CC6" w:rsidRDefault="00F93337" w:rsidP="00450C39">
      <w:pPr>
        <w:pStyle w:val="BodyText"/>
        <w:rPr>
          <w:rFonts w:ascii="Times New Roman" w:hAnsi="Times New Roman" w:cs="Times New Roman"/>
          <w:caps/>
          <w:sz w:val="20"/>
          <w:szCs w:val="20"/>
        </w:rPr>
      </w:pPr>
      <w:r>
        <w:rPr>
          <w:rFonts w:ascii="Times New Roman" w:hAnsi="Times New Roman" w:cs="Times New Roman"/>
          <w:sz w:val="20"/>
          <w:szCs w:val="20"/>
        </w:rPr>
        <w:t>CALIFORNIA GRID HOLDINGS</w:t>
      </w:r>
      <w:r w:rsidR="00450C39" w:rsidRPr="006F4CC6">
        <w:rPr>
          <w:rFonts w:ascii="Times New Roman" w:hAnsi="Times New Roman" w:cs="Times New Roman"/>
          <w:caps/>
          <w:sz w:val="20"/>
          <w:szCs w:val="20"/>
        </w:rPr>
        <w:t xml:space="preserve"> LLC (“Beneficiary”) hereby MAKES DEMAND UNDER ISSUER’S LETTER OF CREDIT NO. </w:t>
      </w:r>
      <w:r w:rsidR="00450C39" w:rsidRPr="006F4CC6">
        <w:rPr>
          <w:rFonts w:ascii="Times New Roman" w:hAnsi="Times New Roman" w:cs="Times New Roman"/>
          <w:caps/>
          <w:sz w:val="20"/>
          <w:szCs w:val="20"/>
          <w:highlight w:val="yellow"/>
        </w:rPr>
        <w:t>[</w:t>
      </w:r>
      <w:r w:rsidR="00450C39" w:rsidRPr="006F4CC6">
        <w:rPr>
          <w:rFonts w:ascii="Times New Roman" w:hAnsi="Times New Roman" w:cs="Times New Roman"/>
          <w:i/>
          <w:iCs/>
          <w:caps/>
          <w:sz w:val="20"/>
          <w:szCs w:val="20"/>
          <w:highlight w:val="yellow"/>
        </w:rPr>
        <w:t>INSERT NUMBER</w:t>
      </w:r>
      <w:r w:rsidR="00450C39" w:rsidRPr="006F4CC6">
        <w:rPr>
          <w:rFonts w:ascii="Times New Roman" w:hAnsi="Times New Roman" w:cs="Times New Roman"/>
          <w:caps/>
          <w:sz w:val="20"/>
          <w:szCs w:val="20"/>
          <w:highlight w:val="yellow"/>
        </w:rPr>
        <w:t>]</w:t>
      </w:r>
      <w:r w:rsidR="00450C39" w:rsidRPr="006F4CC6">
        <w:rPr>
          <w:rFonts w:ascii="Times New Roman" w:hAnsi="Times New Roman" w:cs="Times New Roman"/>
          <w:caps/>
          <w:sz w:val="20"/>
          <w:szCs w:val="20"/>
        </w:rPr>
        <w:t xml:space="preserve"> FOR PAYMENT OF USd </w:t>
      </w:r>
      <w:r w:rsidR="00450C39" w:rsidRPr="006F4CC6">
        <w:rPr>
          <w:rFonts w:ascii="Times New Roman" w:hAnsi="Times New Roman" w:cs="Times New Roman"/>
          <w:caps/>
          <w:sz w:val="20"/>
          <w:szCs w:val="20"/>
          <w:highlight w:val="yellow"/>
        </w:rPr>
        <w:t>[</w:t>
      </w:r>
      <w:r w:rsidR="00450C39" w:rsidRPr="006F4CC6">
        <w:rPr>
          <w:rFonts w:ascii="Times New Roman" w:hAnsi="Times New Roman" w:cs="Times New Roman"/>
          <w:i/>
          <w:iCs/>
          <w:caps/>
          <w:sz w:val="20"/>
          <w:szCs w:val="20"/>
          <w:highlight w:val="yellow"/>
        </w:rPr>
        <w:t>INSERT DOLLAR AMOUNT</w:t>
      </w:r>
      <w:r w:rsidR="00450C39" w:rsidRPr="006F4CC6">
        <w:rPr>
          <w:rFonts w:ascii="Times New Roman" w:hAnsi="Times New Roman" w:cs="Times New Roman"/>
          <w:caps/>
          <w:sz w:val="20"/>
          <w:szCs w:val="20"/>
          <w:highlight w:val="yellow"/>
        </w:rPr>
        <w:t>]</w:t>
      </w:r>
      <w:r w:rsidR="00450C39" w:rsidRPr="006F4CC6">
        <w:rPr>
          <w:rFonts w:ascii="Times New Roman" w:hAnsi="Times New Roman" w:cs="Times New Roman"/>
          <w:caps/>
          <w:sz w:val="20"/>
          <w:szCs w:val="20"/>
        </w:rPr>
        <w:t xml:space="preserve">.  IN SUPPORT THEREOF, BENEFICIARY STATES:  </w:t>
      </w:r>
    </w:p>
    <w:p w14:paraId="05F2C955"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(1)</w:t>
      </w:r>
      <w:r w:rsidRPr="006F4CC6">
        <w:rPr>
          <w:rFonts w:ascii="Times New Roman" w:hAnsi="Times New Roman" w:cs="Times New Roman"/>
          <w:caps/>
          <w:sz w:val="20"/>
          <w:szCs w:val="20"/>
        </w:rPr>
        <w:tab/>
        <w:t>The undersigned is AN AUTHORIZED REPRESENTATIVE of Beneficiary and is authorized to execute and deliver this Certificate on behalf of Beneficiary.</w:t>
      </w:r>
    </w:p>
    <w:p w14:paraId="4E226EAF"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(2)</w:t>
      </w:r>
      <w:r w:rsidRPr="006F4CC6">
        <w:rPr>
          <w:rFonts w:ascii="Times New Roman" w:hAnsi="Times New Roman" w:cs="Times New Roman"/>
          <w:caps/>
          <w:sz w:val="20"/>
          <w:szCs w:val="20"/>
        </w:rPr>
        <w:tab/>
        <w:t xml:space="preserve">beneficiary is entitled to draw the amount set forth in THIS PAYMENT DEMAND because: (check as applicable) </w:t>
      </w:r>
    </w:p>
    <w:p w14:paraId="19FD213E" w14:textId="77777777" w:rsidR="00450C39" w:rsidRPr="006F4CC6" w:rsidRDefault="00450C39" w:rsidP="00450C39">
      <w:pPr>
        <w:pStyle w:val="BodyText"/>
        <w:rPr>
          <w:rFonts w:ascii="Times New Roman" w:hAnsi="Times New Roman" w:cs="Times New Roman"/>
          <w:caps/>
          <w:sz w:val="20"/>
          <w:szCs w:val="20"/>
        </w:rPr>
      </w:pPr>
      <w:proofErr w:type="gramStart"/>
      <w:r w:rsidRPr="006F4CC6">
        <w:rPr>
          <w:rFonts w:ascii="Times New Roman" w:hAnsi="Times New Roman" w:cs="Times New Roman"/>
          <w:caps/>
          <w:sz w:val="20"/>
          <w:szCs w:val="20"/>
        </w:rPr>
        <w:t>[  ]</w:t>
      </w:r>
      <w:proofErr w:type="gramEnd"/>
      <w:r w:rsidRPr="006F4CC6">
        <w:rPr>
          <w:rFonts w:ascii="Times New Roman" w:hAnsi="Times New Roman" w:cs="Times New Roman"/>
          <w:caps/>
          <w:sz w:val="20"/>
          <w:szCs w:val="20"/>
        </w:rPr>
        <w:t xml:space="preserve">, THE drawing IS MADE pursuant to THE TERMS OF </w:t>
      </w:r>
      <w:r w:rsidRPr="006F4CC6">
        <w:rPr>
          <w:rFonts w:ascii="Times New Roman" w:eastAsia="Times New Roman" w:hAnsi="Times New Roman" w:cs="Times New Roman"/>
          <w:sz w:val="20"/>
          <w:szCs w:val="20"/>
          <w:highlight w:val="yellow"/>
        </w:rPr>
        <w:t>[</w:t>
      </w:r>
      <w:r w:rsidRPr="006F4CC6">
        <w:rPr>
          <w:rFonts w:ascii="Times New Roman" w:eastAsia="Times New Roman" w:hAnsi="Times New Roman" w:cs="Times New Roman"/>
          <w:i/>
          <w:iCs/>
          <w:sz w:val="20"/>
          <w:szCs w:val="20"/>
          <w:highlight w:val="yellow"/>
        </w:rPr>
        <w:t>INSERT TARIFF NAME] (AS MAY BE AMENDED FROM TIME TO TIME) (THE “TARIFF”) OR [INSERT AGREEMENT NAME</w:t>
      </w:r>
      <w:r w:rsidRPr="006F4CC6">
        <w:rPr>
          <w:rFonts w:ascii="Times New Roman" w:eastAsia="Times New Roman" w:hAnsi="Times New Roman" w:cs="Times New Roman"/>
          <w:sz w:val="20"/>
          <w:szCs w:val="20"/>
          <w:highlight w:val="yellow"/>
        </w:rPr>
        <w:t>]</w:t>
      </w:r>
      <w:r w:rsidRPr="006F4CC6">
        <w:rPr>
          <w:rFonts w:ascii="Times New Roman" w:hAnsi="Times New Roman" w:cs="Times New Roman"/>
          <w:caps/>
          <w:sz w:val="20"/>
          <w:szCs w:val="20"/>
        </w:rPr>
        <w:t xml:space="preserve"> BETWEEN BENEFICIARY AND </w:t>
      </w:r>
      <w:r w:rsidRPr="006F4CC6">
        <w:rPr>
          <w:rFonts w:ascii="Times New Roman" w:hAnsi="Times New Roman" w:cs="Times New Roman"/>
          <w:caps/>
          <w:sz w:val="20"/>
          <w:szCs w:val="20"/>
          <w:highlight w:val="yellow"/>
        </w:rPr>
        <w:t>[</w:t>
      </w:r>
      <w:r w:rsidRPr="006F4CC6">
        <w:rPr>
          <w:rFonts w:ascii="Times New Roman" w:hAnsi="Times New Roman" w:cs="Times New Roman"/>
          <w:i/>
          <w:iCs/>
          <w:sz w:val="20"/>
          <w:szCs w:val="20"/>
          <w:highlight w:val="yellow"/>
        </w:rPr>
        <w:t>INSERT NAME OF ACCOUNT PARTY OR ACCOUNT PARTY ON BEHALF OF COUNTERPARTY</w:t>
      </w:r>
      <w:r w:rsidRPr="006F4CC6">
        <w:rPr>
          <w:rFonts w:ascii="Times New Roman" w:hAnsi="Times New Roman" w:cs="Times New Roman"/>
          <w:caps/>
          <w:sz w:val="20"/>
          <w:szCs w:val="20"/>
          <w:highlight w:val="yellow"/>
        </w:rPr>
        <w:t>]</w:t>
      </w:r>
      <w:r w:rsidRPr="006F4CC6">
        <w:rPr>
          <w:rFonts w:ascii="Times New Roman" w:hAnsi="Times New Roman" w:cs="Times New Roman"/>
          <w:caps/>
          <w:sz w:val="20"/>
          <w:szCs w:val="20"/>
        </w:rPr>
        <w:t xml:space="preserve">, DATED </w:t>
      </w:r>
      <w:r w:rsidRPr="006F4CC6">
        <w:rPr>
          <w:rFonts w:ascii="Times New Roman" w:hAnsi="Times New Roman" w:cs="Times New Roman"/>
          <w:caps/>
          <w:sz w:val="20"/>
          <w:szCs w:val="20"/>
          <w:highlight w:val="yellow"/>
        </w:rPr>
        <w:t>[</w:t>
      </w:r>
      <w:r w:rsidRPr="006F4CC6">
        <w:rPr>
          <w:rFonts w:ascii="Times New Roman" w:hAnsi="Times New Roman" w:cs="Times New Roman"/>
          <w:i/>
          <w:iCs/>
          <w:caps/>
          <w:sz w:val="20"/>
          <w:szCs w:val="20"/>
          <w:highlight w:val="yellow"/>
        </w:rPr>
        <w:t>INSERT DATE</w:t>
      </w:r>
      <w:r w:rsidRPr="006F4CC6">
        <w:rPr>
          <w:rFonts w:ascii="Times New Roman" w:hAnsi="Times New Roman" w:cs="Times New Roman"/>
          <w:caps/>
          <w:sz w:val="20"/>
          <w:szCs w:val="20"/>
          <w:highlight w:val="yellow"/>
        </w:rPr>
        <w:t>]</w:t>
      </w:r>
      <w:r w:rsidRPr="006F4CC6">
        <w:rPr>
          <w:rFonts w:ascii="Times New Roman" w:hAnsi="Times New Roman" w:cs="Times New Roman"/>
          <w:caps/>
          <w:sz w:val="20"/>
          <w:szCs w:val="20"/>
        </w:rPr>
        <w:t xml:space="preserve">, As AMENDED. </w:t>
      </w:r>
    </w:p>
    <w:p w14:paraId="1EF1100E" w14:textId="77777777" w:rsidR="00450C39" w:rsidRPr="006F4CC6" w:rsidRDefault="00450C39" w:rsidP="00450C39">
      <w:pPr>
        <w:pStyle w:val="BodyText"/>
        <w:rPr>
          <w:rFonts w:ascii="Times New Roman" w:hAnsi="Times New Roman" w:cs="Times New Roman"/>
          <w:caps/>
          <w:sz w:val="20"/>
          <w:szCs w:val="20"/>
        </w:rPr>
      </w:pPr>
      <w:proofErr w:type="gramStart"/>
      <w:r w:rsidRPr="006F4CC6">
        <w:rPr>
          <w:rFonts w:ascii="Times New Roman" w:hAnsi="Times New Roman" w:cs="Times New Roman"/>
          <w:caps/>
          <w:sz w:val="20"/>
          <w:szCs w:val="20"/>
        </w:rPr>
        <w:t>[  ]</w:t>
      </w:r>
      <w:proofErr w:type="gramEnd"/>
      <w:r w:rsidRPr="006F4CC6">
        <w:rPr>
          <w:rFonts w:ascii="Times New Roman" w:hAnsi="Times New Roman" w:cs="Times New Roman"/>
          <w:caps/>
          <w:sz w:val="20"/>
          <w:szCs w:val="20"/>
        </w:rPr>
        <w:t xml:space="preserve"> the Letter of Credit will expire within TWENTY (20</w:t>
      </w:r>
      <w:proofErr w:type="gramStart"/>
      <w:r w:rsidRPr="006F4CC6">
        <w:rPr>
          <w:rFonts w:ascii="Times New Roman" w:hAnsi="Times New Roman" w:cs="Times New Roman"/>
          <w:caps/>
          <w:sz w:val="20"/>
          <w:szCs w:val="20"/>
        </w:rPr>
        <w:t>)  days</w:t>
      </w:r>
      <w:proofErr w:type="gramEnd"/>
      <w:r w:rsidRPr="006F4CC6">
        <w:rPr>
          <w:rFonts w:ascii="Times New Roman" w:hAnsi="Times New Roman" w:cs="Times New Roman"/>
          <w:caps/>
          <w:sz w:val="20"/>
          <w:szCs w:val="20"/>
        </w:rPr>
        <w:t xml:space="preserve"> or less of the date of this DEMAND and has not been replaced by new credit support acceptable to Beneficiary.  </w:t>
      </w:r>
    </w:p>
    <w:p w14:paraId="2101BC55"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(3)</w:t>
      </w:r>
      <w:r w:rsidRPr="006F4CC6">
        <w:rPr>
          <w:rFonts w:ascii="Times New Roman" w:hAnsi="Times New Roman" w:cs="Times New Roman"/>
          <w:caps/>
          <w:sz w:val="20"/>
          <w:szCs w:val="20"/>
        </w:rPr>
        <w:tab/>
        <w:t xml:space="preserve">You are directed to make WIRE TRANSFER payment TO BENEFICIARY IN THE AMOUNT of THIS DEMAND AS FOLLOWS:  </w:t>
      </w:r>
    </w:p>
    <w:p w14:paraId="5AA2DB26" w14:textId="3AB7F860" w:rsidR="00450C39" w:rsidRPr="006F4CC6" w:rsidRDefault="005A5FD8" w:rsidP="00450C39">
      <w:pPr>
        <w:pStyle w:val="BodyText"/>
        <w:spacing w:after="0"/>
        <w:rPr>
          <w:rFonts w:ascii="Times New Roman" w:hAnsi="Times New Roman" w:cs="Times New Roman"/>
          <w:caps/>
          <w:sz w:val="20"/>
          <w:szCs w:val="20"/>
        </w:rPr>
      </w:pPr>
      <w:r>
        <w:rPr>
          <w:rFonts w:ascii="Times New Roman" w:hAnsi="Times New Roman" w:cs="Times New Roman"/>
          <w:sz w:val="20"/>
          <w:szCs w:val="20"/>
        </w:rPr>
        <w:t>CALIFORNIA GRID HOLDINGS LLC</w:t>
      </w:r>
    </w:p>
    <w:p w14:paraId="34BE2B94" w14:textId="77777777" w:rsidR="00450C39" w:rsidRPr="006F4CC6" w:rsidRDefault="00450C39" w:rsidP="00450C39">
      <w:pPr>
        <w:pStyle w:val="BodyText"/>
        <w:spacing w:after="0"/>
        <w:rPr>
          <w:rFonts w:ascii="Times New Roman" w:hAnsi="Times New Roman" w:cs="Times New Roman"/>
          <w:caps/>
          <w:sz w:val="20"/>
          <w:szCs w:val="20"/>
        </w:rPr>
      </w:pPr>
      <w:r w:rsidRPr="006F4CC6">
        <w:rPr>
          <w:rFonts w:ascii="Times New Roman" w:hAnsi="Times New Roman" w:cs="Times New Roman"/>
          <w:caps/>
          <w:sz w:val="20"/>
          <w:szCs w:val="20"/>
        </w:rPr>
        <w:t>Account No. ______________</w:t>
      </w:r>
    </w:p>
    <w:p w14:paraId="7E9AA062" w14:textId="77777777" w:rsidR="00450C39" w:rsidRPr="006F4CC6" w:rsidRDefault="00450C39" w:rsidP="00450C39">
      <w:pPr>
        <w:pStyle w:val="BodyText"/>
        <w:spacing w:after="0"/>
        <w:rPr>
          <w:rFonts w:ascii="Times New Roman" w:hAnsi="Times New Roman" w:cs="Times New Roman"/>
          <w:caps/>
          <w:sz w:val="20"/>
          <w:szCs w:val="20"/>
        </w:rPr>
      </w:pPr>
      <w:r w:rsidRPr="006F4CC6">
        <w:rPr>
          <w:rFonts w:ascii="Times New Roman" w:hAnsi="Times New Roman" w:cs="Times New Roman"/>
          <w:caps/>
          <w:sz w:val="20"/>
          <w:szCs w:val="20"/>
        </w:rPr>
        <w:t>Bank:  _____________________</w:t>
      </w:r>
    </w:p>
    <w:p w14:paraId="0D07C4B8" w14:textId="77777777" w:rsidR="00450C39" w:rsidRPr="006F4CC6" w:rsidRDefault="00450C39" w:rsidP="00450C39">
      <w:pPr>
        <w:pStyle w:val="BodyText"/>
        <w:spacing w:after="0"/>
        <w:rPr>
          <w:rFonts w:ascii="Times New Roman" w:hAnsi="Times New Roman" w:cs="Times New Roman"/>
          <w:caps/>
          <w:sz w:val="20"/>
          <w:szCs w:val="20"/>
        </w:rPr>
      </w:pPr>
      <w:r w:rsidRPr="006F4CC6">
        <w:rPr>
          <w:rFonts w:ascii="Times New Roman" w:hAnsi="Times New Roman" w:cs="Times New Roman"/>
          <w:caps/>
          <w:sz w:val="20"/>
          <w:szCs w:val="20"/>
        </w:rPr>
        <w:t>ABA Routing No. __________</w:t>
      </w:r>
    </w:p>
    <w:p w14:paraId="7E1276B8" w14:textId="77777777" w:rsidR="00450C39" w:rsidRPr="006F4CC6" w:rsidRDefault="00450C39" w:rsidP="00450C39">
      <w:pPr>
        <w:pStyle w:val="BodyText"/>
        <w:rPr>
          <w:rFonts w:ascii="Times New Roman" w:hAnsi="Times New Roman" w:cs="Times New Roman"/>
          <w:caps/>
          <w:sz w:val="20"/>
          <w:szCs w:val="20"/>
        </w:rPr>
      </w:pPr>
    </w:p>
    <w:p w14:paraId="256173AC" w14:textId="17650F17" w:rsidR="00450C39" w:rsidRPr="006F4CC6" w:rsidRDefault="005A5FD8" w:rsidP="00450C39">
      <w:pPr>
        <w:pStyle w:val="BodyText"/>
        <w:rPr>
          <w:rFonts w:ascii="Times New Roman" w:hAnsi="Times New Roman" w:cs="Times New Roman"/>
          <w:caps/>
          <w:sz w:val="20"/>
          <w:szCs w:val="20"/>
        </w:rPr>
      </w:pPr>
      <w:r>
        <w:rPr>
          <w:rFonts w:ascii="Times New Roman" w:hAnsi="Times New Roman" w:cs="Times New Roman"/>
          <w:sz w:val="20"/>
          <w:szCs w:val="20"/>
        </w:rPr>
        <w:t>CALIFORNIA GRID HOLDINGS LLC</w:t>
      </w:r>
    </w:p>
    <w:p w14:paraId="269F46A8"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 xml:space="preserve">BY ITS Authorized REPRESENTATIVE:  </w:t>
      </w:r>
    </w:p>
    <w:p w14:paraId="47666536"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Signature</w:t>
      </w:r>
      <w:proofErr w:type="gramStart"/>
      <w:r w:rsidRPr="006F4CC6">
        <w:rPr>
          <w:rFonts w:ascii="Times New Roman" w:hAnsi="Times New Roman" w:cs="Times New Roman"/>
          <w:caps/>
          <w:sz w:val="20"/>
          <w:szCs w:val="20"/>
        </w:rPr>
        <w:t>:</w:t>
      </w:r>
      <w:r w:rsidRPr="006F4CC6">
        <w:rPr>
          <w:rFonts w:ascii="Times New Roman" w:hAnsi="Times New Roman" w:cs="Times New Roman"/>
          <w:caps/>
          <w:sz w:val="20"/>
          <w:szCs w:val="20"/>
        </w:rPr>
        <w:tab/>
      </w:r>
      <w:r w:rsidRPr="006F4CC6">
        <w:rPr>
          <w:rFonts w:ascii="Times New Roman" w:hAnsi="Times New Roman" w:cs="Times New Roman"/>
          <w:caps/>
          <w:sz w:val="20"/>
          <w:szCs w:val="20"/>
        </w:rPr>
        <w:tab/>
      </w:r>
      <w:proofErr w:type="gramEnd"/>
      <w:r w:rsidRPr="006F4CC6">
        <w:rPr>
          <w:rFonts w:ascii="Times New Roman" w:hAnsi="Times New Roman" w:cs="Times New Roman"/>
          <w:caps/>
          <w:sz w:val="20"/>
          <w:szCs w:val="20"/>
        </w:rPr>
        <w:t>____________________</w:t>
      </w:r>
    </w:p>
    <w:p w14:paraId="3E459BB7" w14:textId="77777777" w:rsidR="00450C39" w:rsidRPr="006F4CC6" w:rsidRDefault="00450C39" w:rsidP="00450C39">
      <w:pPr>
        <w:pStyle w:val="BodyText"/>
        <w:rPr>
          <w:rFonts w:ascii="Times New Roman" w:hAnsi="Times New Roman" w:cs="Times New Roman"/>
          <w:caps/>
          <w:sz w:val="20"/>
          <w:szCs w:val="20"/>
        </w:rPr>
      </w:pPr>
      <w:r w:rsidRPr="006F4CC6">
        <w:rPr>
          <w:rFonts w:ascii="Times New Roman" w:hAnsi="Times New Roman" w:cs="Times New Roman"/>
          <w:caps/>
          <w:sz w:val="20"/>
          <w:szCs w:val="20"/>
        </w:rPr>
        <w:t>PRINTED Name</w:t>
      </w:r>
      <w:proofErr w:type="gramStart"/>
      <w:r w:rsidRPr="006F4CC6">
        <w:rPr>
          <w:rFonts w:ascii="Times New Roman" w:hAnsi="Times New Roman" w:cs="Times New Roman"/>
          <w:caps/>
          <w:sz w:val="20"/>
          <w:szCs w:val="20"/>
        </w:rPr>
        <w:t>:</w:t>
      </w:r>
      <w:r w:rsidRPr="006F4CC6">
        <w:rPr>
          <w:rFonts w:ascii="Times New Roman" w:hAnsi="Times New Roman" w:cs="Times New Roman"/>
          <w:caps/>
          <w:sz w:val="20"/>
          <w:szCs w:val="20"/>
        </w:rPr>
        <w:tab/>
      </w:r>
      <w:proofErr w:type="gramEnd"/>
      <w:r w:rsidRPr="006F4CC6">
        <w:rPr>
          <w:rFonts w:ascii="Times New Roman" w:hAnsi="Times New Roman" w:cs="Times New Roman"/>
          <w:caps/>
          <w:sz w:val="20"/>
          <w:szCs w:val="20"/>
        </w:rPr>
        <w:t>____________________</w:t>
      </w:r>
    </w:p>
    <w:p w14:paraId="69274035" w14:textId="1BBD4800" w:rsidR="00192749" w:rsidRPr="006F4CC6" w:rsidRDefault="00450C39" w:rsidP="00146722">
      <w:pPr>
        <w:pStyle w:val="BodyText"/>
        <w:rPr>
          <w:rFonts w:ascii="Times New Roman" w:hAnsi="Times New Roman" w:cs="Times New Roman"/>
          <w:b/>
          <w:bCs/>
          <w:caps/>
          <w:sz w:val="20"/>
          <w:szCs w:val="20"/>
          <w:u w:val="single"/>
        </w:rPr>
      </w:pPr>
      <w:r w:rsidRPr="006F4CC6">
        <w:rPr>
          <w:rFonts w:ascii="Times New Roman" w:hAnsi="Times New Roman" w:cs="Times New Roman"/>
          <w:caps/>
          <w:sz w:val="20"/>
          <w:szCs w:val="20"/>
        </w:rPr>
        <w:t>Title</w:t>
      </w:r>
      <w:proofErr w:type="gramStart"/>
      <w:r w:rsidRPr="006F4CC6">
        <w:rPr>
          <w:rFonts w:ascii="Times New Roman" w:hAnsi="Times New Roman" w:cs="Times New Roman"/>
          <w:caps/>
          <w:sz w:val="20"/>
          <w:szCs w:val="20"/>
        </w:rPr>
        <w:t>:</w:t>
      </w:r>
      <w:r w:rsidRPr="006F4CC6">
        <w:rPr>
          <w:rFonts w:ascii="Times New Roman" w:hAnsi="Times New Roman" w:cs="Times New Roman"/>
          <w:caps/>
          <w:sz w:val="20"/>
          <w:szCs w:val="20"/>
        </w:rPr>
        <w:tab/>
      </w:r>
      <w:r w:rsidRPr="006F4CC6">
        <w:rPr>
          <w:rFonts w:ascii="Times New Roman" w:hAnsi="Times New Roman" w:cs="Times New Roman"/>
          <w:caps/>
          <w:sz w:val="20"/>
          <w:szCs w:val="20"/>
        </w:rPr>
        <w:tab/>
      </w:r>
      <w:r w:rsidRPr="006F4CC6">
        <w:rPr>
          <w:rFonts w:ascii="Times New Roman" w:hAnsi="Times New Roman" w:cs="Times New Roman"/>
          <w:caps/>
          <w:sz w:val="20"/>
          <w:szCs w:val="20"/>
        </w:rPr>
        <w:tab/>
      </w:r>
      <w:proofErr w:type="gramEnd"/>
      <w:r w:rsidRPr="006F4CC6">
        <w:rPr>
          <w:rFonts w:ascii="Times New Roman" w:hAnsi="Times New Roman" w:cs="Times New Roman"/>
          <w:caps/>
          <w:sz w:val="20"/>
          <w:szCs w:val="20"/>
        </w:rPr>
        <w:t>____________________</w:t>
      </w:r>
    </w:p>
    <w:sectPr w:rsidR="00192749" w:rsidRPr="006F4CC6" w:rsidSect="00A006EF">
      <w:headerReference w:type="default" r:id="rId14"/>
      <w:footerReference w:type="default" r:id="rId15"/>
      <w:pgSz w:w="12240" w:h="15840"/>
      <w:pgMar w:top="126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D1F83" w14:textId="77777777" w:rsidR="00921015" w:rsidRDefault="00921015">
      <w:pPr>
        <w:spacing w:after="0" w:line="240" w:lineRule="auto"/>
      </w:pPr>
      <w:r>
        <w:separator/>
      </w:r>
    </w:p>
  </w:endnote>
  <w:endnote w:type="continuationSeparator" w:id="0">
    <w:p w14:paraId="5DAF6F91" w14:textId="77777777" w:rsidR="00921015" w:rsidRDefault="0092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embedRegular r:id="rId1" w:fontKey="{380CD909-EB2F-4BC5-910C-E1D65AD54AC8}"/>
    <w:embedBold r:id="rId2" w:fontKey="{FDF36D31-C18B-4316-85EB-4567AB597A36}"/>
    <w:embedItalic r:id="rId3" w:fontKey="{D0CF19F7-F21B-4A2D-8F84-F4976C7A1157}"/>
    <w:embedBoldItalic r:id="rId4" w:fontKey="{48E682C5-DB8C-457A-B907-96964CB505F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DCE57" w14:textId="56703464" w:rsidR="00192749" w:rsidRDefault="00CE50C1">
    <w:pPr>
      <w:pStyle w:val="Footer"/>
    </w:pPr>
    <w:r>
      <w:ptab w:relativeTo="margin" w:alignment="center" w:leader="none"/>
    </w:r>
    <w:r>
      <w:t>CAISO Public</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21466" w14:textId="77777777" w:rsidR="00921015" w:rsidRDefault="00921015">
      <w:pPr>
        <w:spacing w:after="0" w:line="240" w:lineRule="auto"/>
      </w:pPr>
      <w:r>
        <w:separator/>
      </w:r>
    </w:p>
  </w:footnote>
  <w:footnote w:type="continuationSeparator" w:id="0">
    <w:p w14:paraId="4680DDDE" w14:textId="77777777" w:rsidR="00921015" w:rsidRDefault="0092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93C2" w14:textId="158D3C3B" w:rsidR="00192749" w:rsidRDefault="002C28F5">
    <w:pPr>
      <w:pStyle w:val="Header"/>
      <w:jc w:val="right"/>
    </w:pPr>
    <w:r w:rsidRPr="002C28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color w:val="3D884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color w:val="3D884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color w:val="3D884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color w:val="3D8840"/>
      </w:rPr>
    </w:lvl>
  </w:abstractNum>
  <w:num w:numId="1" w16cid:durableId="2060326580">
    <w:abstractNumId w:val="8"/>
  </w:num>
  <w:num w:numId="2" w16cid:durableId="1779832004">
    <w:abstractNumId w:val="6"/>
  </w:num>
  <w:num w:numId="3" w16cid:durableId="988170944">
    <w:abstractNumId w:val="5"/>
  </w:num>
  <w:num w:numId="4" w16cid:durableId="1512069586">
    <w:abstractNumId w:val="4"/>
  </w:num>
  <w:num w:numId="5" w16cid:durableId="284118595">
    <w:abstractNumId w:val="7"/>
  </w:num>
  <w:num w:numId="6" w16cid:durableId="2021738133">
    <w:abstractNumId w:val="3"/>
  </w:num>
  <w:num w:numId="7" w16cid:durableId="1976370785">
    <w:abstractNumId w:val="2"/>
  </w:num>
  <w:num w:numId="8" w16cid:durableId="747919814">
    <w:abstractNumId w:val="1"/>
  </w:num>
  <w:num w:numId="9" w16cid:durableId="30127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53"/>
    <w:rsid w:val="00034616"/>
    <w:rsid w:val="0006063C"/>
    <w:rsid w:val="00062155"/>
    <w:rsid w:val="000D31D0"/>
    <w:rsid w:val="000D73CC"/>
    <w:rsid w:val="000F0D47"/>
    <w:rsid w:val="00146722"/>
    <w:rsid w:val="0015074B"/>
    <w:rsid w:val="00164BBC"/>
    <w:rsid w:val="00192749"/>
    <w:rsid w:val="00231B88"/>
    <w:rsid w:val="0029639D"/>
    <w:rsid w:val="002C28F5"/>
    <w:rsid w:val="002F37A7"/>
    <w:rsid w:val="0031746F"/>
    <w:rsid w:val="00326F90"/>
    <w:rsid w:val="003A0720"/>
    <w:rsid w:val="003A382A"/>
    <w:rsid w:val="00450C39"/>
    <w:rsid w:val="00483890"/>
    <w:rsid w:val="004E5144"/>
    <w:rsid w:val="005035E5"/>
    <w:rsid w:val="005A5FD8"/>
    <w:rsid w:val="005D443E"/>
    <w:rsid w:val="00670654"/>
    <w:rsid w:val="006C7F94"/>
    <w:rsid w:val="006F2CC7"/>
    <w:rsid w:val="006F4CC6"/>
    <w:rsid w:val="00705756"/>
    <w:rsid w:val="00745306"/>
    <w:rsid w:val="008510DF"/>
    <w:rsid w:val="00867BD4"/>
    <w:rsid w:val="008A0FF7"/>
    <w:rsid w:val="00920847"/>
    <w:rsid w:val="00921015"/>
    <w:rsid w:val="009C3A58"/>
    <w:rsid w:val="009E193F"/>
    <w:rsid w:val="00A006EF"/>
    <w:rsid w:val="00AA1D8D"/>
    <w:rsid w:val="00AF54E7"/>
    <w:rsid w:val="00B34222"/>
    <w:rsid w:val="00B47730"/>
    <w:rsid w:val="00BB79EA"/>
    <w:rsid w:val="00BC5E6D"/>
    <w:rsid w:val="00C5650E"/>
    <w:rsid w:val="00C87325"/>
    <w:rsid w:val="00CA543E"/>
    <w:rsid w:val="00CB0664"/>
    <w:rsid w:val="00CD38D9"/>
    <w:rsid w:val="00CE50C1"/>
    <w:rsid w:val="00DA5FEC"/>
    <w:rsid w:val="00DB0482"/>
    <w:rsid w:val="00DB6347"/>
    <w:rsid w:val="00EA2EE2"/>
    <w:rsid w:val="00F15AB2"/>
    <w:rsid w:val="00F8447D"/>
    <w:rsid w:val="00F933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921A9963-12D2-4C3D-9053-CFF1E6E7C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M Sans" w:eastAsia="DM Sans" w:hAnsi="DM Sans" w:cs="DM Sans"/>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color w:val="1C2C2C"/>
      <w:sz w:val="21"/>
    </w:rPr>
  </w:style>
  <w:style w:type="paragraph" w:styleId="Heading1">
    <w:name w:val="heading 1"/>
    <w:basedOn w:val="Normal"/>
    <w:next w:val="Normal"/>
    <w:link w:val="Heading1Char"/>
    <w:uiPriority w:val="9"/>
    <w:qFormat/>
    <w:rsid w:val="00FC693F"/>
    <w:pPr>
      <w:keepNext/>
      <w:keepLines/>
      <w:spacing w:before="360"/>
      <w:outlineLvl w:val="0"/>
    </w:pPr>
    <w:rPr>
      <w:b/>
      <w:bCs/>
      <w:color w:val="3D8840"/>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b/>
      <w:bCs/>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b/>
      <w:bCs/>
      <w:color w:val="5F818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pPr>
    <w:rPr>
      <w:iCs/>
      <w:color w:val="3D88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after="200"/>
    </w:pPr>
    <w:rPr>
      <w:bCs/>
      <w:color w:val="5F8181"/>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A382A"/>
    <w:pPr>
      <w:spacing w:after="0" w:line="240" w:lineRule="auto"/>
    </w:pPr>
    <w:rPr>
      <w:color w:val="1C2C2C"/>
      <w:sz w:val="21"/>
    </w:rPr>
  </w:style>
  <w:style w:type="character" w:styleId="Hyperlink">
    <w:name w:val="Hyperlink"/>
    <w:basedOn w:val="DefaultParagraphFont"/>
    <w:uiPriority w:val="99"/>
    <w:rsid w:val="00450C39"/>
    <w:rPr>
      <w:rFonts w:ascii="Times New Roman" w:hAnsi="Times New Roman" w:cs="Times New Roman"/>
      <w:color w:val="0000FF"/>
      <w:sz w:val="24"/>
      <w:u w:val="single"/>
    </w:rPr>
  </w:style>
  <w:style w:type="character" w:styleId="UnresolvedMention">
    <w:name w:val="Unresolved Mention"/>
    <w:basedOn w:val="DefaultParagraphFont"/>
    <w:uiPriority w:val="99"/>
    <w:semiHidden/>
    <w:unhideWhenUsed/>
    <w:rsid w:val="00C56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REASURY@CALGRID.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DM Sans"/>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M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76092249CC62C48AA17033F357BFB4B" ma:contentTypeVersion="0" ma:contentTypeDescription="Create a new document." ma:contentTypeScope="" ma:versionID="1aeeaf0fad20ac78ea2aca2b38cd2aaf">
  <xsd:schema xmlns:xsd="http://www.w3.org/2001/XMLSchema" xmlns:xs="http://www.w3.org/2001/XMLSchema" xmlns:p="http://schemas.microsoft.com/office/2006/metadata/properties" targetNamespace="http://schemas.microsoft.com/office/2006/metadata/properties" ma:root="true" ma:fieldsID="793c8fd6d6a0a43bb435058bcc9290e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2D41B-5E2B-4BE1-A595-2BFF1FB3EDA9}">
  <ds:schemaRefs>
    <ds:schemaRef ds:uri="http://schemas.microsoft.com/sharepoint/events"/>
  </ds:schemaRefs>
</ds:datastoreItem>
</file>

<file path=customXml/itemProps2.xml><?xml version="1.0" encoding="utf-8"?>
<ds:datastoreItem xmlns:ds="http://schemas.openxmlformats.org/officeDocument/2006/customXml" ds:itemID="{03E2D4EC-722E-42F4-AAAC-3AE0DA212EE8}"/>
</file>

<file path=customXml/itemProps3.xml><?xml version="1.0" encoding="utf-8"?>
<ds:datastoreItem xmlns:ds="http://schemas.openxmlformats.org/officeDocument/2006/customXml" ds:itemID="{D765FAA9-0587-43DD-820E-825A3158280B}">
  <ds:schemaRefs>
    <ds:schemaRef ds:uri="http://schemas.microsoft.com/office/2006/metadata/properties"/>
    <ds:schemaRef ds:uri="http://schemas.microsoft.com/office/infopath/2007/PartnerControls"/>
    <ds:schemaRef ds:uri="dcc7e218-8b47-4273-ba28-07719656e1ad"/>
    <ds:schemaRef ds:uri="e6671a59-50a7-4167-890c-836f7535b734"/>
    <ds:schemaRef ds:uri="2e64aaae-efe8-4b36-9ab4-486f04499e09"/>
    <ds:schemaRef ds:uri="http://schemas.microsoft.com/sharepoint/v3"/>
  </ds:schemaRefs>
</ds:datastoreItem>
</file>

<file path=customXml/itemProps4.xml><?xml version="1.0" encoding="utf-8"?>
<ds:datastoreItem xmlns:ds="http://schemas.openxmlformats.org/officeDocument/2006/customXml" ds:itemID="{69B4DFEE-9D42-4DD4-B5E8-0CFBBF444379}">
  <ds:schemaRefs>
    <ds:schemaRef ds:uri="http://schemas.microsoft.com/sharepoint/v3/contenttype/forms"/>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Normal.dotm</Template>
  <TotalTime>66</TotalTime>
  <Pages>4</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Ucol, Michael</cp:lastModifiedBy>
  <cp:revision>33</cp:revision>
  <dcterms:created xsi:type="dcterms:W3CDTF">2026-09-30T19:57:00Z</dcterms:created>
  <dcterms:modified xsi:type="dcterms:W3CDTF">2026-10-02T22:00:00Z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0x010100776092249CC62C48AA17033F357BFB4B</vt:lpwstr>
  </property>
  <property fmtid="{D5CDD505-2E9C-101B-9397-08002B2CF9AE}" pid="3" name="_dlc_DocIdItemGuid">
    <vt:lpwstr>c245fd4a-649e-4697-ae5e-97cac6ee2acb</vt:lpwstr>
  </property>
  <property fmtid="{D5CDD505-2E9C-101B-9397-08002B2CF9AE}" pid="4" name="AutoClassRecordSeries">
    <vt:lpwstr/>
  </property>
  <property fmtid="{D5CDD505-2E9C-101B-9397-08002B2CF9AE}" pid="5" name="AutoClassTopic">
    <vt:lpwstr/>
  </property>
  <property fmtid="{D5CDD505-2E9C-101B-9397-08002B2CF9AE}" pid="6" name="AutoClassDocumentType">
    <vt:lpwstr/>
  </property>
</Properties>
</file>